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3C265" w14:textId="010DE21B" w:rsidR="0097378E" w:rsidRDefault="0097378E" w:rsidP="0097378E">
      <w:pPr>
        <w:jc w:val="center"/>
        <w:rPr>
          <w:rFonts w:ascii="Nirmala UI" w:hAnsi="Nirmala UI" w:cs="Nirmala UI"/>
          <w:b/>
          <w:bCs/>
          <w:sz w:val="32"/>
          <w:szCs w:val="32"/>
          <w:lang w:bidi="ne-NP"/>
        </w:rPr>
      </w:pPr>
      <w:r w:rsidRPr="0097378E">
        <w:rPr>
          <w:rFonts w:ascii="Nirmala UI" w:hAnsi="Nirmala UI" w:cs="Nirmala UI" w:hint="cs"/>
          <w:b/>
          <w:bCs/>
          <w:sz w:val="32"/>
          <w:szCs w:val="32"/>
          <w:cs/>
          <w:lang w:bidi="ne-NP"/>
        </w:rPr>
        <w:t>ह्वीलचेयर प्रयोग गर्नु पूर्व प्राविधिक नाप जाँचको आवश्यकता र महत्व</w:t>
      </w:r>
    </w:p>
    <w:p w14:paraId="26315E02" w14:textId="41E15E7B" w:rsidR="0097378E" w:rsidRPr="0097378E" w:rsidRDefault="0097378E" w:rsidP="0097378E">
      <w:pPr>
        <w:jc w:val="center"/>
        <w:rPr>
          <w:rFonts w:ascii="Nirmala UI" w:hAnsi="Nirmala UI" w:cs="Nirmala UI"/>
          <w:b/>
          <w:bCs/>
          <w:lang w:bidi="ne-NP"/>
        </w:rPr>
      </w:pPr>
      <w:r w:rsidRPr="0097378E">
        <w:rPr>
          <w:rFonts w:ascii="Nirmala UI" w:hAnsi="Nirmala UI" w:cs="Nirmala UI"/>
          <w:b/>
          <w:bCs/>
          <w:lang w:bidi="ne-NP"/>
        </w:rPr>
        <w:t>(</w:t>
      </w:r>
      <w:r w:rsidRPr="0097378E">
        <w:rPr>
          <w:rFonts w:ascii="Nirmala UI" w:hAnsi="Nirmala UI" w:cs="Nirmala UI" w:hint="cs"/>
          <w:b/>
          <w:bCs/>
          <w:cs/>
          <w:lang w:bidi="ne-NP"/>
        </w:rPr>
        <w:t>जानकारीमूलक सामाग्री</w:t>
      </w:r>
      <w:r w:rsidRPr="0097378E">
        <w:rPr>
          <w:rFonts w:ascii="Nirmala UI" w:hAnsi="Nirmala UI" w:cs="Nirmala UI"/>
          <w:b/>
          <w:bCs/>
          <w:lang w:bidi="ne-NP"/>
        </w:rPr>
        <w:t>)</w:t>
      </w:r>
    </w:p>
    <w:p w14:paraId="61B06085" w14:textId="370837DC" w:rsidR="00001BF5" w:rsidRPr="00716AFF" w:rsidRDefault="00000000" w:rsidP="00F76B04">
      <w:pPr>
        <w:rPr>
          <w:rFonts w:ascii="Nirmala UI" w:hAnsi="Nirmala UI" w:cs="Nirmala UI"/>
          <w:b/>
          <w:bCs/>
        </w:rPr>
      </w:pPr>
      <w:r w:rsidRPr="00716AFF">
        <w:rPr>
          <w:rFonts w:ascii="Nirmala UI" w:hAnsi="Nirmala UI" w:cs="Nirmala UI"/>
          <w:b/>
          <w:bCs/>
        </w:rPr>
        <w:t>१. परिचय</w:t>
      </w:r>
    </w:p>
    <w:p w14:paraId="34B52811" w14:textId="4200E6D8" w:rsidR="00716AFF" w:rsidRDefault="005970B9" w:rsidP="00F76B04">
      <w:pPr>
        <w:rPr>
          <w:rFonts w:ascii="Nirmala UI" w:hAnsi="Nirmala UI" w:cs="Nirmala UI"/>
          <w:lang w:bidi="hi-IN"/>
        </w:rPr>
      </w:pPr>
      <w:r w:rsidRPr="001336EE">
        <w:rPr>
          <w:rFonts w:ascii="Nirmala UI" w:hAnsi="Nirmala UI" w:cs="Nirmala UI"/>
          <w:cs/>
          <w:lang w:bidi="hi-IN"/>
        </w:rPr>
        <w:t>ह्विलचेयर</w:t>
      </w:r>
      <w:r w:rsidR="00566427">
        <w:rPr>
          <w:rFonts w:ascii="Nirmala UI" w:hAnsi="Nirmala UI" w:cs="Nirmala UI" w:hint="cs"/>
          <w:cs/>
          <w:lang w:bidi="hi-IN"/>
        </w:rPr>
        <w:t xml:space="preserve"> एक हिँडडुलमा मद्दत गर्ने सहयोगी साधन </w:t>
      </w:r>
      <w:r w:rsidR="00566427">
        <w:rPr>
          <w:rFonts w:ascii="Nirmala UI" w:hAnsi="Nirmala UI" w:cs="Nirmala UI"/>
          <w:lang w:bidi="hi-IN"/>
        </w:rPr>
        <w:t>(Assistive Device)</w:t>
      </w:r>
      <w:r w:rsidR="00566427">
        <w:rPr>
          <w:rFonts w:ascii="Nirmala UI" w:hAnsi="Nirmala UI" w:cs="Nirmala UI" w:hint="cs"/>
          <w:cs/>
          <w:lang w:bidi="hi-IN"/>
        </w:rPr>
        <w:t xml:space="preserve"> हो ।  यस साधनमा व्यक्ति </w:t>
      </w:r>
      <w:r w:rsidR="00716AFF">
        <w:rPr>
          <w:rFonts w:ascii="Nirmala UI" w:hAnsi="Nirmala UI" w:cs="Nirmala UI" w:hint="cs"/>
          <w:cs/>
          <w:lang w:bidi="hi-IN"/>
        </w:rPr>
        <w:t xml:space="preserve">कुर्सिमा जस्तै </w:t>
      </w:r>
      <w:r w:rsidR="00566427">
        <w:rPr>
          <w:rFonts w:ascii="Nirmala UI" w:hAnsi="Nirmala UI" w:cs="Nirmala UI" w:hint="cs"/>
          <w:cs/>
          <w:lang w:bidi="hi-IN"/>
        </w:rPr>
        <w:t xml:space="preserve">गरि </w:t>
      </w:r>
      <w:r w:rsidR="00716AFF">
        <w:rPr>
          <w:rFonts w:ascii="Nirmala UI" w:hAnsi="Nirmala UI" w:cs="Nirmala UI" w:hint="cs"/>
          <w:cs/>
          <w:lang w:bidi="hi-IN"/>
        </w:rPr>
        <w:t xml:space="preserve">बसेर </w:t>
      </w:r>
      <w:r w:rsidR="00566427">
        <w:rPr>
          <w:rFonts w:ascii="Nirmala UI" w:hAnsi="Nirmala UI" w:cs="Nirmala UI" w:hint="cs"/>
          <w:cs/>
          <w:lang w:bidi="hi-IN"/>
        </w:rPr>
        <w:t xml:space="preserve">आफैले </w:t>
      </w:r>
      <w:r w:rsidR="00716AFF">
        <w:rPr>
          <w:rFonts w:ascii="Nirmala UI" w:hAnsi="Nirmala UI" w:cs="Nirmala UI" w:hint="cs"/>
          <w:cs/>
          <w:lang w:bidi="hi-IN"/>
        </w:rPr>
        <w:t>वा अरूको सहयोगमा गुडा</w:t>
      </w:r>
      <w:r w:rsidR="00566427">
        <w:rPr>
          <w:rFonts w:ascii="Nirmala UI" w:hAnsi="Nirmala UI" w:cs="Nirmala UI" w:hint="cs"/>
          <w:cs/>
          <w:lang w:bidi="ne-NP"/>
        </w:rPr>
        <w:t xml:space="preserve">एर यताउता हिँडडुल गर्न </w:t>
      </w:r>
      <w:r w:rsidR="00716AFF">
        <w:rPr>
          <w:rFonts w:ascii="Nirmala UI" w:hAnsi="Nirmala UI" w:cs="Nirmala UI" w:hint="cs"/>
          <w:cs/>
          <w:lang w:bidi="hi-IN"/>
        </w:rPr>
        <w:t>मिल्ने</w:t>
      </w:r>
      <w:r w:rsidR="00566427">
        <w:rPr>
          <w:rFonts w:ascii="Nirmala UI" w:hAnsi="Nirmala UI" w:cs="Nirmala UI" w:hint="cs"/>
          <w:cs/>
          <w:lang w:bidi="hi-IN"/>
        </w:rPr>
        <w:t xml:space="preserve"> गरि</w:t>
      </w:r>
      <w:r w:rsidR="00716AFF">
        <w:rPr>
          <w:rFonts w:ascii="Nirmala UI" w:hAnsi="Nirmala UI" w:cs="Nirmala UI" w:hint="cs"/>
          <w:cs/>
          <w:lang w:bidi="hi-IN"/>
        </w:rPr>
        <w:t xml:space="preserve"> पाङ्ग्रा </w:t>
      </w:r>
      <w:r w:rsidR="00566427">
        <w:rPr>
          <w:rFonts w:ascii="Nirmala UI" w:hAnsi="Nirmala UI" w:cs="Nirmala UI" w:hint="cs"/>
          <w:cs/>
          <w:lang w:bidi="hi-IN"/>
        </w:rPr>
        <w:t xml:space="preserve">राखिएको हुन्छ । </w:t>
      </w:r>
      <w:r w:rsidR="00716AFF">
        <w:rPr>
          <w:rFonts w:ascii="Nirmala UI" w:hAnsi="Nirmala UI" w:cs="Nirmala UI" w:hint="cs"/>
          <w:cs/>
          <w:lang w:bidi="hi-IN"/>
        </w:rPr>
        <w:t xml:space="preserve">यो </w:t>
      </w:r>
      <w:r w:rsidR="00566427">
        <w:rPr>
          <w:rFonts w:ascii="Nirmala UI" w:hAnsi="Nirmala UI" w:cs="Nirmala UI" w:hint="cs"/>
          <w:cs/>
          <w:lang w:bidi="hi-IN"/>
        </w:rPr>
        <w:t xml:space="preserve">खुट्टाले हिँडडुल गर्न नसक्ने वा धेरै कठिनाई हुने व्यक्तिले </w:t>
      </w:r>
      <w:r w:rsidR="00716AFF">
        <w:rPr>
          <w:rFonts w:ascii="Nirmala UI" w:hAnsi="Nirmala UI" w:cs="Nirmala UI" w:hint="cs"/>
          <w:cs/>
          <w:lang w:bidi="hi-IN"/>
        </w:rPr>
        <w:t>सामान्य हिँडडुल गर्न र आफ्ना दैनिक कृयाकलापहरू सम्पादन गर्न उपयोग गर्छन्</w:t>
      </w:r>
      <w:r w:rsidR="001336EE">
        <w:rPr>
          <w:rFonts w:ascii="Nirmala UI" w:hAnsi="Nirmala UI" w:cs="Nirmala UI"/>
          <w:lang w:bidi="hi-IN"/>
        </w:rPr>
        <w:t xml:space="preserve"> </w:t>
      </w:r>
      <w:r w:rsidR="001336EE">
        <w:rPr>
          <w:rFonts w:ascii="Nirmala UI" w:hAnsi="Nirmala UI" w:cs="Nirmala UI" w:hint="cs"/>
          <w:cs/>
          <w:lang w:bidi="ne-NP"/>
        </w:rPr>
        <w:t xml:space="preserve">। </w:t>
      </w:r>
      <w:r w:rsidR="00716AFF">
        <w:rPr>
          <w:rFonts w:ascii="Nirmala UI" w:hAnsi="Nirmala UI" w:cs="Nirmala UI" w:hint="cs"/>
          <w:cs/>
          <w:lang w:bidi="ne-NP"/>
        </w:rPr>
        <w:t>हामीले प्राय खुट्टाको प्रयोग गरेर हिँड्न नमिल्ने मानिसले बाहिर फेर हिँडडुल गर्न,</w:t>
      </w:r>
      <w:r w:rsidR="00566427">
        <w:rPr>
          <w:rFonts w:ascii="Nirmala UI" w:hAnsi="Nirmala UI" w:cs="Nirmala UI" w:hint="cs"/>
          <w:cs/>
          <w:lang w:bidi="ne-NP"/>
        </w:rPr>
        <w:t xml:space="preserve"> बजार जान,</w:t>
      </w:r>
      <w:r w:rsidR="00716AFF">
        <w:rPr>
          <w:rFonts w:ascii="Nirmala UI" w:hAnsi="Nirmala UI" w:cs="Nirmala UI" w:hint="cs"/>
          <w:cs/>
          <w:lang w:bidi="ne-NP"/>
        </w:rPr>
        <w:t xml:space="preserve"> </w:t>
      </w:r>
      <w:r w:rsidR="00566427">
        <w:rPr>
          <w:rFonts w:ascii="Nirmala UI" w:hAnsi="Nirmala UI" w:cs="Nirmala UI" w:hint="cs"/>
          <w:cs/>
          <w:lang w:bidi="ne-NP"/>
        </w:rPr>
        <w:t xml:space="preserve">आफ्नो दैनिक </w:t>
      </w:r>
      <w:r w:rsidR="00716AFF">
        <w:rPr>
          <w:rFonts w:ascii="Nirmala UI" w:hAnsi="Nirmala UI" w:cs="Nirmala UI" w:hint="cs"/>
          <w:cs/>
          <w:lang w:bidi="ne-NP"/>
        </w:rPr>
        <w:t xml:space="preserve">काममा जान आउन ह्वीलचियरहरू प्रयोग गरेको प्रसस्त देखेका छौँ । यसैगरि </w:t>
      </w:r>
      <w:r w:rsidR="001336EE">
        <w:rPr>
          <w:rFonts w:ascii="Nirmala UI" w:hAnsi="Nirmala UI" w:cs="Nirmala UI" w:hint="cs"/>
          <w:cs/>
          <w:lang w:bidi="ne-NP"/>
        </w:rPr>
        <w:t>प्राय अस्पतालमा विरामीलाई यता उता लैजान</w:t>
      </w:r>
      <w:r w:rsidR="00716AFF">
        <w:rPr>
          <w:rFonts w:ascii="Nirmala UI" w:hAnsi="Nirmala UI" w:cs="Nirmala UI" w:hint="cs"/>
          <w:cs/>
          <w:lang w:bidi="ne-NP"/>
        </w:rPr>
        <w:t>, एयरपोर्ट वा रेलवेमा हिँडडुलमा कठिनाई हुने यात्रुहरू</w:t>
      </w:r>
      <w:r w:rsidR="00566427">
        <w:rPr>
          <w:rFonts w:ascii="Nirmala UI" w:hAnsi="Nirmala UI" w:cs="Nirmala UI" w:hint="cs"/>
          <w:cs/>
          <w:lang w:bidi="ne-NP"/>
        </w:rPr>
        <w:t>लाई</w:t>
      </w:r>
      <w:r w:rsidR="00716AFF">
        <w:rPr>
          <w:rFonts w:ascii="Nirmala UI" w:hAnsi="Nirmala UI" w:cs="Nirmala UI" w:hint="cs"/>
          <w:cs/>
          <w:lang w:bidi="ne-NP"/>
        </w:rPr>
        <w:t xml:space="preserve"> </w:t>
      </w:r>
      <w:r w:rsidR="00566427">
        <w:rPr>
          <w:rFonts w:ascii="Nirmala UI" w:hAnsi="Nirmala UI" w:cs="Nirmala UI" w:hint="cs"/>
          <w:cs/>
          <w:lang w:bidi="ne-NP"/>
        </w:rPr>
        <w:t xml:space="preserve">सहयोग गर्न </w:t>
      </w:r>
      <w:r w:rsidR="00716AFF">
        <w:rPr>
          <w:rFonts w:ascii="Nirmala UI" w:hAnsi="Nirmala UI" w:cs="Nirmala UI" w:hint="cs"/>
          <w:cs/>
          <w:lang w:bidi="ne-NP"/>
        </w:rPr>
        <w:t xml:space="preserve">स्वयमसेवक वा कर्मचारीहरूले पनि ह्वीलचियर प्रयोग गरेको देखेको हुनुपर्छ । </w:t>
      </w:r>
      <w:r w:rsidR="001336EE">
        <w:rPr>
          <w:rFonts w:ascii="Nirmala UI" w:hAnsi="Nirmala UI" w:cs="Nirmala UI" w:hint="cs"/>
          <w:cs/>
          <w:lang w:bidi="ne-NP"/>
        </w:rPr>
        <w:t xml:space="preserve"> </w:t>
      </w:r>
    </w:p>
    <w:p w14:paraId="30B4DDDA" w14:textId="7443C277" w:rsidR="006B0D9C" w:rsidRDefault="001336EE" w:rsidP="00F76B04">
      <w:p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>खास गरेर हिँडडुलमा धेरै कठिनाई महसुस गर्ने वा खुट्टाले हिँड्न नसक्ने</w:t>
      </w:r>
      <w:r w:rsidR="00794F7A">
        <w:rPr>
          <w:rFonts w:ascii="Nirmala UI" w:hAnsi="Nirmala UI" w:cs="Nirmala UI" w:hint="cs"/>
          <w:cs/>
          <w:lang w:bidi="ne-NP"/>
        </w:rPr>
        <w:t xml:space="preserve"> व्यक्ति</w:t>
      </w:r>
      <w:r>
        <w:rPr>
          <w:rFonts w:ascii="Nirmala UI" w:hAnsi="Nirmala UI" w:cs="Nirmala UI" w:hint="cs"/>
          <w:cs/>
          <w:lang w:bidi="ne-NP"/>
        </w:rPr>
        <w:t xml:space="preserve">  </w:t>
      </w:r>
      <w:r w:rsidR="00794F7A">
        <w:rPr>
          <w:rFonts w:ascii="Nirmala UI" w:hAnsi="Nirmala UI" w:cs="Nirmala UI" w:hint="cs"/>
          <w:cs/>
          <w:lang w:bidi="ne-NP"/>
        </w:rPr>
        <w:t xml:space="preserve">वा </w:t>
      </w:r>
      <w:r>
        <w:rPr>
          <w:rFonts w:ascii="Nirmala UI" w:hAnsi="Nirmala UI" w:cs="Nirmala UI" w:hint="cs"/>
          <w:cs/>
          <w:lang w:bidi="ne-NP"/>
        </w:rPr>
        <w:t>शारीरिक अपाङ्गता भएका व्यक्तिले ह्वीलचेयरको प्रयोग गर्छन । ह्वी</w:t>
      </w:r>
      <w:r w:rsidR="006B0D9C">
        <w:rPr>
          <w:rFonts w:ascii="Nirmala UI" w:hAnsi="Nirmala UI" w:cs="Nirmala UI" w:hint="cs"/>
          <w:cs/>
          <w:lang w:bidi="ne-NP"/>
        </w:rPr>
        <w:t>लचेयरको</w:t>
      </w:r>
      <w:r>
        <w:rPr>
          <w:rFonts w:ascii="Nirmala UI" w:hAnsi="Nirmala UI" w:cs="Nirmala UI" w:hint="cs"/>
          <w:cs/>
          <w:lang w:bidi="ne-NP"/>
        </w:rPr>
        <w:t xml:space="preserve"> प्रयोगले </w:t>
      </w:r>
      <w:r w:rsidR="00794F7A">
        <w:rPr>
          <w:rFonts w:ascii="Nirmala UI" w:hAnsi="Nirmala UI" w:cs="Nirmala UI" w:hint="cs"/>
          <w:cs/>
          <w:lang w:bidi="ne-NP"/>
        </w:rPr>
        <w:t xml:space="preserve">प्रयोगकर्तालाई </w:t>
      </w:r>
      <w:r>
        <w:rPr>
          <w:rFonts w:ascii="Nirmala UI" w:hAnsi="Nirmala UI" w:cs="Nirmala UI" w:hint="cs"/>
          <w:cs/>
          <w:lang w:bidi="ne-NP"/>
        </w:rPr>
        <w:t>सामान्य हिँडडुल</w:t>
      </w:r>
      <w:r w:rsidR="006B0D9C">
        <w:rPr>
          <w:rFonts w:ascii="Nirmala UI" w:hAnsi="Nirmala UI" w:cs="Nirmala UI" w:hint="cs"/>
          <w:cs/>
          <w:lang w:bidi="ne-NP"/>
        </w:rPr>
        <w:t xml:space="preserve"> देखि लिएर</w:t>
      </w:r>
      <w:r w:rsidR="00794F7A">
        <w:rPr>
          <w:rFonts w:ascii="Nirmala UI" w:hAnsi="Nirmala UI" w:cs="Nirmala UI" w:hint="cs"/>
          <w:cs/>
          <w:lang w:bidi="ne-NP"/>
        </w:rPr>
        <w:t xml:space="preserve">, आफ्ना दैनिक काम गर्न, </w:t>
      </w:r>
      <w:r w:rsidR="006B0D9C">
        <w:rPr>
          <w:rFonts w:ascii="Nirmala UI" w:hAnsi="Nirmala UI" w:cs="Nirmala UI" w:hint="cs"/>
          <w:cs/>
          <w:lang w:bidi="ne-NP"/>
        </w:rPr>
        <w:t>सामाजिक</w:t>
      </w:r>
      <w:r w:rsidR="00794F7A">
        <w:rPr>
          <w:rFonts w:ascii="Nirmala UI" w:hAnsi="Nirmala UI" w:cs="Nirmala UI" w:hint="cs"/>
          <w:cs/>
          <w:lang w:bidi="ne-NP"/>
        </w:rPr>
        <w:t xml:space="preserve"> तथा आर्थिक</w:t>
      </w:r>
      <w:r w:rsidR="006B0D9C">
        <w:rPr>
          <w:rFonts w:ascii="Nirmala UI" w:hAnsi="Nirmala UI" w:cs="Nirmala UI" w:hint="cs"/>
          <w:cs/>
          <w:lang w:bidi="ne-NP"/>
        </w:rPr>
        <w:t xml:space="preserve"> जीवनमा </w:t>
      </w:r>
      <w:r w:rsidR="00794F7A">
        <w:rPr>
          <w:rFonts w:ascii="Nirmala UI" w:hAnsi="Nirmala UI" w:cs="Nirmala UI" w:hint="cs"/>
          <w:cs/>
          <w:lang w:bidi="ne-NP"/>
        </w:rPr>
        <w:t xml:space="preserve">सकृय हुन, दैनिक कृयाकलापहरूमा परनिर्भरता घटाउन मद्दत गर्छ । आजकल अपाङ्गता भएका व्यक्तिहरूले ह्वीलचेयरमा बसेर विभिन्न खेलहरू पनि खेल्छन । जस्तै टेनीस, टेवल टेनिस, बास्केटबल, क्रिकेट इत्यादि । </w:t>
      </w:r>
      <w:r w:rsidR="006B0D9C">
        <w:rPr>
          <w:rFonts w:ascii="Nirmala UI" w:hAnsi="Nirmala UI" w:cs="Nirmala UI" w:hint="cs"/>
          <w:cs/>
          <w:lang w:bidi="ne-NP"/>
        </w:rPr>
        <w:t>ह्वीलचेयरको सहि प्रयोगले शारीरिक व्यायाम</w:t>
      </w:r>
      <w:r w:rsidR="00794F7A">
        <w:rPr>
          <w:rFonts w:ascii="Nirmala UI" w:hAnsi="Nirmala UI" w:cs="Nirmala UI" w:hint="cs"/>
          <w:cs/>
          <w:lang w:bidi="ne-NP"/>
        </w:rPr>
        <w:t xml:space="preserve"> पनि हुन्छ र </w:t>
      </w:r>
      <w:r w:rsidR="006B0D9C">
        <w:rPr>
          <w:rFonts w:ascii="Nirmala UI" w:hAnsi="Nirmala UI" w:cs="Nirmala UI" w:hint="cs"/>
          <w:cs/>
          <w:lang w:bidi="ne-NP"/>
        </w:rPr>
        <w:t xml:space="preserve"> शरीरलाई चलायमान बनाउन पनि मद्दत गर्छ । शारीरिक अपाङ्गता भएका व्यक्तिलाई यस प्रकारका सहायक सामाग्रीहरूले आत्मविश्वास र आत्मसम्मान पनि बढ्छ ।</w:t>
      </w:r>
      <w:r w:rsidR="00566427">
        <w:rPr>
          <w:rFonts w:ascii="Nirmala UI" w:hAnsi="Nirmala UI" w:cs="Nirmala UI" w:hint="cs"/>
          <w:cs/>
          <w:lang w:bidi="ne-NP"/>
        </w:rPr>
        <w:t xml:space="preserve"> ह्वीलचियरहरू स्वयम प्रयोगकर्ता आफैले हातको बल प्रयोग गरेर गुडाउने, अरूको सहयोगमा गुडाउने वा व्याट्रीबाट चल्ने पनि हुन्छन । व्यक्तिको अवस्था, आवश्यकता र छनौटको आधारमा उपयुक्त ह्वीलचेयरहरू प्रयोग गर्नु </w:t>
      </w:r>
      <w:r w:rsidR="00010603">
        <w:rPr>
          <w:rFonts w:ascii="Nirmala UI" w:hAnsi="Nirmala UI" w:cs="Nirmala UI" w:hint="cs"/>
          <w:cs/>
          <w:lang w:bidi="ne-NP"/>
        </w:rPr>
        <w:t xml:space="preserve">राम्रो हुन्छ । </w:t>
      </w:r>
      <w:r w:rsidR="006B0D9C">
        <w:rPr>
          <w:rFonts w:ascii="Nirmala UI" w:hAnsi="Nirmala UI" w:cs="Nirmala UI" w:hint="cs"/>
          <w:cs/>
          <w:lang w:bidi="ne-NP"/>
        </w:rPr>
        <w:t xml:space="preserve"> </w:t>
      </w:r>
    </w:p>
    <w:p w14:paraId="324DAAA1" w14:textId="22243DB2" w:rsidR="00166BCB" w:rsidRDefault="00CE5C47" w:rsidP="00F76B04">
      <w:pPr>
        <w:rPr>
          <w:rFonts w:ascii="Nirmala UI" w:hAnsi="Nirmala UI" w:cs="Nirmala UI"/>
          <w:lang w:bidi="hi-IN"/>
        </w:rPr>
      </w:pPr>
      <w:r>
        <w:rPr>
          <w:rFonts w:ascii="Nirmala UI" w:hAnsi="Nirmala UI" w:cs="Nirmala UI" w:hint="cs"/>
          <w:cs/>
          <w:lang w:bidi="hi-IN"/>
        </w:rPr>
        <w:t>हाम्रो समाजमा</w:t>
      </w:r>
      <w:r w:rsidR="005970B9" w:rsidRPr="001336EE">
        <w:rPr>
          <w:rFonts w:ascii="Nirmala UI" w:hAnsi="Nirmala UI" w:cs="Nirmala UI"/>
          <w:cs/>
          <w:lang w:bidi="hi-IN"/>
        </w:rPr>
        <w:t xml:space="preserve"> </w:t>
      </w:r>
      <w:r>
        <w:rPr>
          <w:rFonts w:ascii="Nirmala UI" w:hAnsi="Nirmala UI" w:cs="Nirmala UI" w:hint="cs"/>
          <w:cs/>
          <w:lang w:bidi="hi-IN"/>
        </w:rPr>
        <w:t xml:space="preserve">ह्वीलचेयरलाई अपाङ्गता भएका व्यक्तिको आधारभूत आवश्यकता वा अधिकार भन्दा पनि अलि बढी </w:t>
      </w:r>
      <w:r w:rsidR="005970B9" w:rsidRPr="001336EE">
        <w:rPr>
          <w:rFonts w:ascii="Nirmala UI" w:hAnsi="Nirmala UI" w:cs="Nirmala UI"/>
          <w:cs/>
          <w:lang w:bidi="hi-IN"/>
        </w:rPr>
        <w:t>सामाजिक सेवा</w:t>
      </w:r>
      <w:r>
        <w:rPr>
          <w:rFonts w:ascii="Nirmala UI" w:hAnsi="Nirmala UI" w:cs="Nirmala UI" w:hint="cs"/>
          <w:cs/>
          <w:lang w:bidi="hi-IN"/>
        </w:rPr>
        <w:t xml:space="preserve"> गर्न, कसैलाई दया गर्न वा पुण्य वा धर्म कमाउन गरिने कार्य वा </w:t>
      </w:r>
      <w:r w:rsidR="005970B9" w:rsidRPr="001336EE">
        <w:rPr>
          <w:rFonts w:ascii="Nirmala UI" w:hAnsi="Nirmala UI" w:cs="Nirmala UI"/>
          <w:cs/>
          <w:lang w:bidi="hi-IN"/>
        </w:rPr>
        <w:t>दानको दृष्टिकोणले मात्र हेरिन्छ।</w:t>
      </w:r>
      <w:r>
        <w:rPr>
          <w:rFonts w:ascii="Nirmala UI" w:hAnsi="Nirmala UI" w:cs="Nirmala UI" w:hint="cs"/>
          <w:cs/>
          <w:lang w:bidi="hi-IN"/>
        </w:rPr>
        <w:t xml:space="preserve"> ह्वीलचियरमा बस्ने व्यक्तिलाई</w:t>
      </w:r>
      <w:r w:rsidR="00C81E8F">
        <w:rPr>
          <w:rFonts w:ascii="Nirmala UI" w:hAnsi="Nirmala UI" w:cs="Nirmala UI" w:hint="cs"/>
          <w:cs/>
          <w:lang w:bidi="hi-IN"/>
        </w:rPr>
        <w:t xml:space="preserve"> अलि बढि कमजोर वा कहि गर्न नसक्ने व्यक्तिको रूपमा पनि हेर्ने एउटा परम्परागत चलन छ यस सँग सम्बन्धित केहि पुरातन भाष्यहरू पनि छन् । तर </w:t>
      </w:r>
      <w:r w:rsidR="00010603">
        <w:rPr>
          <w:rFonts w:ascii="Nirmala UI" w:hAnsi="Nirmala UI" w:cs="Nirmala UI" w:hint="cs"/>
          <w:cs/>
          <w:lang w:bidi="hi-IN"/>
        </w:rPr>
        <w:t xml:space="preserve">यो </w:t>
      </w:r>
      <w:r w:rsidR="00C81E8F">
        <w:rPr>
          <w:rFonts w:ascii="Nirmala UI" w:hAnsi="Nirmala UI" w:cs="Nirmala UI" w:hint="cs"/>
          <w:cs/>
          <w:lang w:bidi="hi-IN"/>
        </w:rPr>
        <w:t>वास्तविकता</w:t>
      </w:r>
      <w:r w:rsidR="00010603">
        <w:rPr>
          <w:rFonts w:ascii="Nirmala UI" w:hAnsi="Nirmala UI" w:cs="Nirmala UI" w:hint="cs"/>
          <w:cs/>
          <w:lang w:bidi="hi-IN"/>
        </w:rPr>
        <w:t xml:space="preserve"> नभएर भ्रम मात्र हो । </w:t>
      </w:r>
      <w:r w:rsidR="00C81E8F">
        <w:rPr>
          <w:rFonts w:ascii="Nirmala UI" w:hAnsi="Nirmala UI" w:cs="Nirmala UI" w:hint="cs"/>
          <w:cs/>
          <w:lang w:bidi="hi-IN"/>
        </w:rPr>
        <w:t>किनभने</w:t>
      </w:r>
      <w:r w:rsidR="00010603">
        <w:rPr>
          <w:rFonts w:ascii="Nirmala UI" w:hAnsi="Nirmala UI" w:cs="Nirmala UI" w:hint="cs"/>
          <w:cs/>
          <w:lang w:bidi="hi-IN"/>
        </w:rPr>
        <w:t xml:space="preserve"> विभिन्न कारणले हिँडडुलमा कठिनाई जोसुकैलाई हुन सक्छ र खुट्टाले काम नगर्दैमा व्यक्ति कमजोर र नसक्ने पनि हुँदैन । खुट्टाको प्रयोग गरेर हिँड्न कठिनाइ भएपछी मानिसले ह्वीलचेयरलाई अर्को विकल्पको रूपमा उपयोग गर्छ । त्यसैले </w:t>
      </w:r>
      <w:r w:rsidR="00C81E8F">
        <w:rPr>
          <w:rFonts w:ascii="Nirmala UI" w:hAnsi="Nirmala UI" w:cs="Nirmala UI" w:hint="cs"/>
          <w:cs/>
          <w:lang w:bidi="hi-IN"/>
        </w:rPr>
        <w:t>ह्वीलचियरमा बस्नेहरू</w:t>
      </w:r>
      <w:r w:rsidR="00010603">
        <w:rPr>
          <w:rFonts w:ascii="Nirmala UI" w:hAnsi="Nirmala UI" w:cs="Nirmala UI" w:hint="cs"/>
          <w:cs/>
          <w:lang w:bidi="hi-IN"/>
        </w:rPr>
        <w:t xml:space="preserve"> सामान्य व्यक्ति देखि लिएर,</w:t>
      </w:r>
      <w:r w:rsidR="00C81E8F">
        <w:rPr>
          <w:rFonts w:ascii="Nirmala UI" w:hAnsi="Nirmala UI" w:cs="Nirmala UI" w:hint="cs"/>
          <w:cs/>
          <w:lang w:bidi="hi-IN"/>
        </w:rPr>
        <w:t xml:space="preserve"> खेलाडी, डक्टर, इन्जीनियर, बैज्ञानिक, राजनितिज्ञ, विद्यार्थी, शिक्षक, समाजसेवी, आइटी प्रोफेशनल, मोटिभेटर</w:t>
      </w:r>
      <w:r w:rsidR="00010603">
        <w:rPr>
          <w:rFonts w:ascii="Nirmala UI" w:hAnsi="Nirmala UI" w:cs="Nirmala UI" w:hint="cs"/>
          <w:cs/>
          <w:lang w:bidi="hi-IN"/>
        </w:rPr>
        <w:t xml:space="preserve"> वा</w:t>
      </w:r>
      <w:r w:rsidR="00C81E8F">
        <w:rPr>
          <w:rFonts w:ascii="Nirmala UI" w:hAnsi="Nirmala UI" w:cs="Nirmala UI" w:hint="cs"/>
          <w:cs/>
          <w:lang w:bidi="hi-IN"/>
        </w:rPr>
        <w:t xml:space="preserve"> जो कोहि पनि हुन सक्छ । </w:t>
      </w:r>
    </w:p>
    <w:p w14:paraId="1C327C35" w14:textId="095772C9" w:rsidR="005970B9" w:rsidRPr="001336EE" w:rsidRDefault="00166BCB" w:rsidP="00F76B04">
      <w:pPr>
        <w:rPr>
          <w:rFonts w:ascii="Nirmala UI" w:hAnsi="Nirmala UI" w:cs="Nirmala UI"/>
          <w:lang w:bidi="hi-IN"/>
        </w:rPr>
      </w:pPr>
      <w:r>
        <w:rPr>
          <w:rFonts w:ascii="Nirmala UI" w:hAnsi="Nirmala UI" w:cs="Nirmala UI" w:hint="cs"/>
          <w:cs/>
          <w:lang w:bidi="hi-IN"/>
        </w:rPr>
        <w:t>हामी यस दस्तावेजमा ह्वीलच</w:t>
      </w:r>
      <w:r w:rsidR="00010603">
        <w:rPr>
          <w:rFonts w:ascii="Nirmala UI" w:hAnsi="Nirmala UI" w:cs="Nirmala UI" w:hint="cs"/>
          <w:cs/>
          <w:lang w:bidi="hi-IN"/>
        </w:rPr>
        <w:t>े</w:t>
      </w:r>
      <w:r>
        <w:rPr>
          <w:rFonts w:ascii="Nirmala UI" w:hAnsi="Nirmala UI" w:cs="Nirmala UI" w:hint="cs"/>
          <w:cs/>
          <w:lang w:bidi="hi-IN"/>
        </w:rPr>
        <w:t>यरसँग सम्बन्धित विभिन्न सूचनालाई विस्तृत रूपमा राख्ने प्रयास गर्नेछौँ ।</w:t>
      </w:r>
      <w:r w:rsidR="00010603">
        <w:rPr>
          <w:rFonts w:ascii="Nirmala UI" w:hAnsi="Nirmala UI" w:cs="Nirmala UI" w:hint="cs"/>
          <w:cs/>
          <w:lang w:bidi="hi-IN"/>
        </w:rPr>
        <w:t xml:space="preserve"> जस अन्तर्गत मुख्य रूपमा ह्विलचेयरका प्रकारहरू, आफूलाई उपयुक्त हुने ह्विलचेयर छान्ने तरिका, ह्विलचेयर </w:t>
      </w:r>
      <w:r w:rsidR="00010603">
        <w:rPr>
          <w:rFonts w:ascii="Nirmala UI" w:hAnsi="Nirmala UI" w:cs="Nirmala UI" w:hint="cs"/>
          <w:cs/>
          <w:lang w:bidi="hi-IN"/>
        </w:rPr>
        <w:lastRenderedPageBreak/>
        <w:t xml:space="preserve">वितरण प्रकृया, प्राविधिक नापजाँचको आवश्यकता र यसको सुरक्षा तथा मर्मत सम्भारमा ध्यान दिनुपर्ने कुराहरू प्रस्तुत गर्नेछौँ । </w:t>
      </w:r>
    </w:p>
    <w:p w14:paraId="604E5DF3" w14:textId="424640D8" w:rsidR="00001BF5" w:rsidRPr="00716AFF" w:rsidRDefault="00000000" w:rsidP="00F76B04">
      <w:pPr>
        <w:rPr>
          <w:rFonts w:ascii="Nirmala UI" w:hAnsi="Nirmala UI" w:cs="Nirmala UI"/>
          <w:b/>
          <w:bCs/>
        </w:rPr>
      </w:pPr>
      <w:r w:rsidRPr="00716AFF">
        <w:rPr>
          <w:rFonts w:ascii="Nirmala UI" w:hAnsi="Nirmala UI" w:cs="Nirmala UI"/>
          <w:b/>
          <w:bCs/>
        </w:rPr>
        <w:t xml:space="preserve">२. कसलाई ह्विलचेयर आवश्यक </w:t>
      </w:r>
      <w:proofErr w:type="gramStart"/>
      <w:r w:rsidRPr="00716AFF">
        <w:rPr>
          <w:rFonts w:ascii="Nirmala UI" w:hAnsi="Nirmala UI" w:cs="Nirmala UI"/>
          <w:b/>
          <w:bCs/>
        </w:rPr>
        <w:t>हुन्छ ?</w:t>
      </w:r>
      <w:proofErr w:type="gramEnd"/>
    </w:p>
    <w:p w14:paraId="6F2CACBB" w14:textId="77777777" w:rsidR="00E91723" w:rsidRDefault="000734DA" w:rsidP="00F76B04">
      <w:pPr>
        <w:rPr>
          <w:rFonts w:ascii="Nirmala UI" w:hAnsi="Nirmala UI" w:cs="Nirmala UI"/>
          <w:lang w:bidi="hi-IN"/>
        </w:rPr>
      </w:pPr>
      <w:r w:rsidRPr="001336EE">
        <w:rPr>
          <w:rFonts w:ascii="Nirmala UI" w:hAnsi="Nirmala UI" w:cs="Nirmala UI"/>
          <w:cs/>
          <w:lang w:bidi="hi-IN"/>
        </w:rPr>
        <w:t>ह्विलचेयर विशेष गरी आफ्नो खुट्टा प्रयोग गरेर हिँडडुल गर्न नसक्ने</w:t>
      </w:r>
      <w:r w:rsidR="00540526">
        <w:rPr>
          <w:rFonts w:ascii="Nirmala UI" w:hAnsi="Nirmala UI" w:cs="Nirmala UI" w:hint="cs"/>
          <w:cs/>
          <w:lang w:bidi="hi-IN"/>
        </w:rPr>
        <w:t xml:space="preserve">, </w:t>
      </w:r>
      <w:r w:rsidRPr="001336EE">
        <w:rPr>
          <w:rFonts w:ascii="Nirmala UI" w:hAnsi="Nirmala UI" w:cs="Nirmala UI"/>
          <w:cs/>
          <w:lang w:bidi="hi-IN"/>
        </w:rPr>
        <w:t>लामो दूरी हिँड</w:t>
      </w:r>
      <w:r w:rsidR="00540526">
        <w:rPr>
          <w:rFonts w:ascii="Nirmala UI" w:hAnsi="Nirmala UI" w:cs="Nirmala UI" w:hint="cs"/>
          <w:cs/>
          <w:lang w:bidi="hi-IN"/>
        </w:rPr>
        <w:t xml:space="preserve">्न </w:t>
      </w:r>
      <w:r w:rsidRPr="001336EE">
        <w:rPr>
          <w:rFonts w:ascii="Nirmala UI" w:hAnsi="Nirmala UI" w:cs="Nirmala UI"/>
          <w:cs/>
          <w:lang w:bidi="hi-IN"/>
        </w:rPr>
        <w:t>नसक्ने</w:t>
      </w:r>
      <w:r w:rsidR="00540526">
        <w:rPr>
          <w:rFonts w:ascii="Nirmala UI" w:hAnsi="Nirmala UI" w:cs="Nirmala UI" w:hint="cs"/>
          <w:cs/>
          <w:lang w:bidi="hi-IN"/>
        </w:rPr>
        <w:t xml:space="preserve"> वा धेरै कठिनाई हुने</w:t>
      </w:r>
      <w:r w:rsidRPr="001336EE">
        <w:rPr>
          <w:rFonts w:ascii="Nirmala UI" w:hAnsi="Nirmala UI" w:cs="Nirmala UI"/>
          <w:cs/>
          <w:lang w:bidi="hi-IN"/>
        </w:rPr>
        <w:t xml:space="preserve"> व्यक्तिलाई आवश्यक पर्दछ।</w:t>
      </w:r>
      <w:r w:rsidR="00540526">
        <w:rPr>
          <w:rFonts w:ascii="Nirmala UI" w:hAnsi="Nirmala UI" w:cs="Nirmala UI" w:hint="cs"/>
          <w:cs/>
          <w:lang w:bidi="hi-IN"/>
        </w:rPr>
        <w:t xml:space="preserve"> अपाङ्गता भएका व्यक्तिहरूमा प्राय </w:t>
      </w:r>
      <w:r w:rsidR="00540526" w:rsidRPr="001336EE">
        <w:rPr>
          <w:rFonts w:ascii="Nirmala UI" w:hAnsi="Nirmala UI" w:cs="Nirmala UI"/>
          <w:cs/>
          <w:lang w:bidi="hi-IN"/>
        </w:rPr>
        <w:t>कृत्रिम खुट्टा</w:t>
      </w:r>
      <w:r w:rsidR="00540526">
        <w:rPr>
          <w:rFonts w:ascii="Nirmala UI" w:hAnsi="Nirmala UI" w:cs="Nirmala UI" w:hint="cs"/>
          <w:cs/>
          <w:lang w:bidi="hi-IN"/>
        </w:rPr>
        <w:t xml:space="preserve"> वा बैशाखीको प्रयोगले पनि हिँडडुलमा कठिनाई हुने व्यक्तिहरूले यसको नियमित प्रयोग गर्छन । यसैगरि सामान्य हिँडडुल गर्न सक्ने वा बैसाखी, क्यालिपर वा कृतृम खुट्टा प्रयोग गरेर हिडडुल गर्नेहरूले पनि खास खास परिस्थितिमा ह्वीलचेयर प्रयोग गर्छन ।  जस्तै </w:t>
      </w:r>
      <w:r w:rsidR="00AE6F26">
        <w:rPr>
          <w:rFonts w:ascii="Nirmala UI" w:hAnsi="Nirmala UI" w:cs="Nirmala UI" w:hint="cs"/>
          <w:cs/>
          <w:lang w:bidi="hi-IN"/>
        </w:rPr>
        <w:t>ढाड वा घुँडाको समस्या भएर लामो दुरी वा धेरैवेरसम्म हिँड्न नसक्ने व्यक्तिले रेलवे, पार्क वा एयरपोर्टमा प्रयोग गर्छन । बैशाखी, कृतृम खुट्टा वा क्यालिपर लगाउनेहरूले पनि विभिन्न ठाउँमा जाँदा चिप्लो सतहमा हिँड्नुपर्ने छ भने, लामो दुरी हिँड्नुपर्नेछ भने, एयरपोर्ट, बसपार्क वा रेलवेमा यताउता धेरै हिँड्नुपर्ने अवस्था भएमा अस्थाई रूपमा ह्वीलचेयरको प्रयोग गर्छन । यसैगरि विरामी भएर अस्पतालमा रहँदा</w:t>
      </w:r>
      <w:r w:rsidR="00E91723">
        <w:rPr>
          <w:rFonts w:ascii="Nirmala UI" w:hAnsi="Nirmala UI" w:cs="Nirmala UI" w:hint="cs"/>
          <w:cs/>
          <w:lang w:bidi="hi-IN"/>
        </w:rPr>
        <w:t xml:space="preserve"> वा सल्यकृया पछिको केहि समयका लागि</w:t>
      </w:r>
      <w:r w:rsidR="00AE6F26">
        <w:rPr>
          <w:rFonts w:ascii="Nirmala UI" w:hAnsi="Nirmala UI" w:cs="Nirmala UI" w:hint="cs"/>
          <w:cs/>
          <w:lang w:bidi="hi-IN"/>
        </w:rPr>
        <w:t xml:space="preserve"> पनि ह्वीलचेयरको प्रयोग गर्नुपर्ने अवस्था आउँछ । </w:t>
      </w:r>
    </w:p>
    <w:p w14:paraId="754AA2BC" w14:textId="5C34C314" w:rsidR="00E91723" w:rsidRDefault="00AE6F26" w:rsidP="00F76B04">
      <w:pPr>
        <w:rPr>
          <w:rFonts w:ascii="Nirmala UI" w:hAnsi="Nirmala UI" w:cs="Nirmala UI"/>
          <w:lang w:bidi="hi-IN"/>
        </w:rPr>
      </w:pPr>
      <w:r>
        <w:rPr>
          <w:rFonts w:ascii="Nirmala UI" w:hAnsi="Nirmala UI" w:cs="Nirmala UI" w:hint="cs"/>
          <w:cs/>
          <w:lang w:bidi="hi-IN"/>
        </w:rPr>
        <w:t>नियमित रूपमा ह्वीलचेयर प्रयोग गर्नुपर्ने व्यक्तिहरूले देश विदेश घुम्दा, काम गर्न जाँदा, घुमफिर गर्न जाँदा वा जाँहाँ गएपनि आफ्नो ह्वीलचेयर सँगै लिएर हिँड्छन । यसरी ह्वीलचेयर लिएर हिँड्ने व्यक्तिहरू कोहि एक्लै पनि हिँड्छन भने कोहि सहयोगी लिएर हिँड्छन</w:t>
      </w:r>
      <w:r w:rsidR="00E91723">
        <w:rPr>
          <w:rFonts w:ascii="Nirmala UI" w:hAnsi="Nirmala UI" w:cs="Nirmala UI" w:hint="cs"/>
          <w:cs/>
          <w:lang w:bidi="hi-IN"/>
        </w:rPr>
        <w:t xml:space="preserve"> । किनभने उनीहरूलाई ठाउँठाउँमा सहयोगीको आवश्यकता परिरहन सक्छ । सहयोगी चाहिने वा नचाहिने भन्ने कुरा व्यक्तिको शारीरिक अवस्थाको गम्भीरता, ह्वीलचेयर गुडाउँदा ठाउँठाउँमा सामना गर्नुपर्ने भौतिक अवरोधहरूमा निर्भर गर्छ । </w:t>
      </w:r>
    </w:p>
    <w:p w14:paraId="6B72A536" w14:textId="18D91F88" w:rsidR="00D80A51" w:rsidRPr="00F76063" w:rsidRDefault="00D80A51" w:rsidP="00F76B04">
      <w:pPr>
        <w:rPr>
          <w:rFonts w:ascii="Nirmala UI" w:hAnsi="Nirmala UI" w:cs="Nirmala UI"/>
          <w:b/>
          <w:bCs/>
          <w:lang w:bidi="ne-NP"/>
        </w:rPr>
      </w:pPr>
      <w:r w:rsidRPr="00F76063">
        <w:rPr>
          <w:rFonts w:ascii="Nirmala UI" w:hAnsi="Nirmala UI" w:cs="Nirmala UI" w:hint="cs"/>
          <w:b/>
          <w:bCs/>
          <w:cs/>
          <w:lang w:bidi="ne-NP"/>
        </w:rPr>
        <w:t xml:space="preserve">ह्वीलचेयर </w:t>
      </w:r>
      <w:r w:rsidR="00611650">
        <w:rPr>
          <w:rFonts w:ascii="Nirmala UI" w:hAnsi="Nirmala UI" w:cs="Nirmala UI" w:hint="cs"/>
          <w:b/>
          <w:bCs/>
          <w:cs/>
          <w:lang w:bidi="ne-NP"/>
        </w:rPr>
        <w:t>आ</w:t>
      </w:r>
      <w:r w:rsidR="00F76063" w:rsidRPr="00F76063">
        <w:rPr>
          <w:rFonts w:ascii="Nirmala UI" w:hAnsi="Nirmala UI" w:cs="Nirmala UI" w:hint="cs"/>
          <w:b/>
          <w:bCs/>
          <w:cs/>
          <w:lang w:bidi="ne-NP"/>
        </w:rPr>
        <w:t>पूर्ति</w:t>
      </w:r>
      <w:r w:rsidR="00611650">
        <w:rPr>
          <w:rFonts w:ascii="Nirmala UI" w:hAnsi="Nirmala UI" w:cs="Nirmala UI" w:hint="cs"/>
          <w:b/>
          <w:bCs/>
          <w:cs/>
          <w:lang w:bidi="ne-NP"/>
        </w:rPr>
        <w:t xml:space="preserve"> </w:t>
      </w:r>
      <w:r w:rsidR="00F76063" w:rsidRPr="00F76063">
        <w:rPr>
          <w:rFonts w:ascii="Nirmala UI" w:hAnsi="Nirmala UI" w:cs="Nirmala UI" w:hint="cs"/>
          <w:b/>
          <w:bCs/>
          <w:cs/>
          <w:lang w:bidi="ne-NP"/>
        </w:rPr>
        <w:t xml:space="preserve"> </w:t>
      </w:r>
    </w:p>
    <w:p w14:paraId="7411822A" w14:textId="77777777" w:rsidR="00022097" w:rsidRDefault="00F76063" w:rsidP="00F76B04">
      <w:p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>अपाङ्गता भएका व्यक्तिको लागि ह्वीलचेयर एक सहायक सामाग्री हो र यो अधिकारसँग जोडिएको सेवा हो । यो कसैलाई मन लाग्दा दिने वा मन नलाग्दा नदिने दान वा दयाको विषय होइन । आवश्यकता पर्नासाथ उपलब्ध गराउनुपर्ने कुरा हो । यसैगरि यो बाढी पहिरो आएको बेला पुराना लुगा र कम्बल वितरण गर्ने जस्तो विषय पनि होइन । यसका विभिन्न प्राविधिक पक्षहरू छन जसलाई पहिलेनै सुनिश्चतित नगरिकन जथाभावी आपूर्ति गर्नु ठिक हुँदैन । नेपाल पक्षराष्ट्र रहेको अपाङ्गता भएका व्यक्तिको अधिकार सम्बन्धी महासन्धी २००६</w:t>
      </w:r>
      <w:r w:rsidR="00022097">
        <w:rPr>
          <w:rFonts w:ascii="Nirmala UI" w:hAnsi="Nirmala UI" w:cs="Nirmala UI" w:hint="cs"/>
          <w:cs/>
          <w:lang w:bidi="ne-NP"/>
        </w:rPr>
        <w:t xml:space="preserve"> ले सहायक सामाग्रीहरूलाई अपाङ्गता भएका व्यक्तिको अधिकारको रूपमा मान्यता दिएको छ र यसलाई राज्यले आवश्यक पर्नासाथ उपलब्ध गराउनेगरि आवश्यक उपायहरू अबलम्बन गर्ने भनि निर्देश गरेको छ । </w:t>
      </w:r>
    </w:p>
    <w:p w14:paraId="6F724267" w14:textId="6E4904DA" w:rsidR="00F87444" w:rsidRDefault="00F76063" w:rsidP="00F76B04">
      <w:p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>नेपालमा</w:t>
      </w:r>
      <w:r w:rsidR="00022097">
        <w:rPr>
          <w:rFonts w:ascii="Nirmala UI" w:hAnsi="Nirmala UI" w:cs="Nirmala UI" w:hint="cs"/>
          <w:cs/>
          <w:lang w:bidi="ne-NP"/>
        </w:rPr>
        <w:t xml:space="preserve"> ह्विलचेयर लगायतका सहायक सामाग्रीहरू</w:t>
      </w:r>
      <w:r>
        <w:rPr>
          <w:rFonts w:ascii="Nirmala UI" w:hAnsi="Nirmala UI" w:cs="Nirmala UI" w:hint="cs"/>
          <w:cs/>
          <w:lang w:bidi="ne-NP"/>
        </w:rPr>
        <w:t xml:space="preserve"> परम्परागत रूपमा</w:t>
      </w:r>
      <w:r w:rsidR="00022097">
        <w:rPr>
          <w:rFonts w:ascii="Nirmala UI" w:hAnsi="Nirmala UI" w:cs="Nirmala UI" w:hint="cs"/>
          <w:cs/>
          <w:lang w:bidi="ne-NP"/>
        </w:rPr>
        <w:t xml:space="preserve"> दयामायाको अवधारणाबाट प्रेरित भई यसका प्रयोगकर्तालाई दिने अभ्यास छ जसलाई सामान्य भाषामा </w:t>
      </w:r>
      <w:r w:rsidR="00022097">
        <w:rPr>
          <w:rFonts w:ascii="Nirmala UI" w:hAnsi="Nirmala UI" w:cs="Nirmala UI"/>
          <w:lang w:bidi="ne-NP"/>
        </w:rPr>
        <w:t>“</w:t>
      </w:r>
      <w:r w:rsidR="00022097">
        <w:rPr>
          <w:rFonts w:ascii="Nirmala UI" w:hAnsi="Nirmala UI" w:cs="Nirmala UI" w:hint="cs"/>
          <w:cs/>
          <w:lang w:bidi="ne-NP"/>
        </w:rPr>
        <w:t>ह्वीलचेयर वितरण</w:t>
      </w:r>
      <w:r w:rsidR="00022097">
        <w:rPr>
          <w:rFonts w:ascii="Nirmala UI" w:hAnsi="Nirmala UI" w:cs="Nirmala UI"/>
          <w:lang w:bidi="ne-NP"/>
        </w:rPr>
        <w:t xml:space="preserve">” </w:t>
      </w:r>
      <w:r w:rsidR="00022097">
        <w:rPr>
          <w:rFonts w:ascii="Nirmala UI" w:hAnsi="Nirmala UI" w:cs="Nirmala UI" w:hint="cs"/>
          <w:cs/>
          <w:lang w:bidi="ne-NP"/>
        </w:rPr>
        <w:t>भन्ने चलन छ । यसरी वितरण गर्दा प्राय कुनै कार्यक्रम वा सभाहरू गरेर सबैलाई देखाएर, कुनै राजनितिज्ञ, कलाकार, समाजसेवी वा कोही हाइ प्रोफइल व्यक्तिको हातबाट दिने परम्परा छ । यस्तो परम्परा अधिकारमा आधारित नभएर दयामा आधारित देखिन्छ जसमा वितरण गर्ने संस्था वा व्यक्तिले अपाङ्गता भएका व्यक्तिमाथि दया गरेर ठूलो काम गरेको ज्यादा प्रचार गरिन्छ । यसरी गरिने वितरणहरूमा प्राय प्रयोगकर्ताको पूर्व आवश्यकता मुल्याङ्कन र प्राविधिक नापजाँच गरिएको हुँदैन</w:t>
      </w:r>
      <w:r w:rsidR="00F87444">
        <w:rPr>
          <w:rFonts w:ascii="Nirmala UI" w:hAnsi="Nirmala UI" w:cs="Nirmala UI" w:hint="cs"/>
          <w:cs/>
          <w:lang w:bidi="ne-NP"/>
        </w:rPr>
        <w:t xml:space="preserve"> जसले प्रयोगकर्तालाई विभिन्न वेफाइदा हुन्छन</w:t>
      </w:r>
      <w:r w:rsidR="00022097">
        <w:rPr>
          <w:rFonts w:ascii="Nirmala UI" w:hAnsi="Nirmala UI" w:cs="Nirmala UI" w:hint="cs"/>
          <w:cs/>
          <w:lang w:bidi="ne-NP"/>
        </w:rPr>
        <w:t xml:space="preserve"> । </w:t>
      </w:r>
      <w:r w:rsidR="00F87444">
        <w:rPr>
          <w:rFonts w:ascii="Nirmala UI" w:hAnsi="Nirmala UI" w:cs="Nirmala UI" w:hint="cs"/>
          <w:cs/>
          <w:lang w:bidi="ne-NP"/>
        </w:rPr>
        <w:t xml:space="preserve">यसरी परम्परागत रूपमा गरिने वितरण प्रणालीका देहायबमोजिम वेफाइदाहरू छन । </w:t>
      </w:r>
    </w:p>
    <w:p w14:paraId="32920A02" w14:textId="564E9C32" w:rsidR="00F87444" w:rsidRDefault="00F87444" w:rsidP="00F87444">
      <w:pPr>
        <w:pStyle w:val="ListParagraph"/>
        <w:numPr>
          <w:ilvl w:val="0"/>
          <w:numId w:val="16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lastRenderedPageBreak/>
        <w:t xml:space="preserve">धेरैजसो पूर्व आवश्यकता मुल्याङ्कन र प्राविधिक नापजाँच नगरि उपलब्ध गराइने भएको हुनाले प्रयोगकर्ताको आवश्यकता अनुकुल सामाग्री नपर्ने उच्च संभावना ।  </w:t>
      </w:r>
    </w:p>
    <w:p w14:paraId="4FE12B1C" w14:textId="1C6D924B" w:rsidR="00F87444" w:rsidRDefault="00F87444" w:rsidP="00F87444">
      <w:pPr>
        <w:pStyle w:val="ListParagraph"/>
        <w:numPr>
          <w:ilvl w:val="0"/>
          <w:numId w:val="16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व्यक्तिले आफूलाई तत्काल चाहिने चिजको लागि कुनै सभा, समारोह वा भेला कुर्नुपर्ने । </w:t>
      </w:r>
    </w:p>
    <w:p w14:paraId="2712F700" w14:textId="77777777" w:rsidR="00F87444" w:rsidRDefault="00F87444" w:rsidP="00F87444">
      <w:pPr>
        <w:pStyle w:val="ListParagraph"/>
        <w:numPr>
          <w:ilvl w:val="0"/>
          <w:numId w:val="16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कुनै व्यक्तिको हातबाट दया स्वरूप ग्रहण गर्नुपर्ने र आफूलाई उ प्रति धन्य बनाउनुपर्ने । </w:t>
      </w:r>
    </w:p>
    <w:p w14:paraId="5515D3F4" w14:textId="77777777" w:rsidR="00F87444" w:rsidRDefault="00F87444" w:rsidP="00F87444">
      <w:pPr>
        <w:pStyle w:val="ListParagraph"/>
        <w:numPr>
          <w:ilvl w:val="0"/>
          <w:numId w:val="16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दिएको सामाग्री आफ्नालागि उपयुक्त नहुन सक्ने संभावना र यसलाई जबरजस्ति प्रयोग गर्दा दुर्घटना हुने वा थप शारीरिक समस्या आउने संभावना । </w:t>
      </w:r>
    </w:p>
    <w:p w14:paraId="35266140" w14:textId="77777777" w:rsidR="00F87444" w:rsidRDefault="00F87444" w:rsidP="00F87444">
      <w:pPr>
        <w:pStyle w:val="ListParagraph"/>
        <w:numPr>
          <w:ilvl w:val="0"/>
          <w:numId w:val="16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प्रयोग गर्ने विधिको बारेमा खासै जानकारी नहुने र यदि सामाग्रीले काम गरेन भने यसलाई प्रतिस्थापन गरिदिने वा थप परामर्शहरू दिने संभावना न्यून । </w:t>
      </w:r>
    </w:p>
    <w:p w14:paraId="2A7E6AB1" w14:textId="77777777" w:rsidR="00131F39" w:rsidRDefault="00F87444" w:rsidP="00F87444">
      <w:pPr>
        <w:pStyle w:val="ListParagraph"/>
        <w:numPr>
          <w:ilvl w:val="0"/>
          <w:numId w:val="16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सामानको गुणस्तरमा एकरूपता नआउने </w:t>
      </w:r>
      <w:r w:rsidR="001C4B68">
        <w:rPr>
          <w:rFonts w:ascii="Nirmala UI" w:hAnsi="Nirmala UI" w:cs="Nirmala UI"/>
          <w:lang w:bidi="ne-NP"/>
        </w:rPr>
        <w:t>(</w:t>
      </w:r>
      <w:r w:rsidR="001C4B68">
        <w:rPr>
          <w:rFonts w:ascii="Nirmala UI" w:hAnsi="Nirmala UI" w:cs="Nirmala UI" w:hint="cs"/>
          <w:cs/>
          <w:lang w:bidi="ne-NP"/>
        </w:rPr>
        <w:t>एक पटक एउटा गुणस्तरको हुने तर अर्को पटक अर्कै गुणस्तरको हुने</w:t>
      </w:r>
      <w:r w:rsidR="001C4B68">
        <w:rPr>
          <w:rFonts w:ascii="Nirmala UI" w:hAnsi="Nirmala UI" w:cs="Nirmala UI"/>
          <w:lang w:bidi="ne-NP"/>
        </w:rPr>
        <w:t>)</w:t>
      </w:r>
      <w:r w:rsidR="001C4B68">
        <w:rPr>
          <w:rFonts w:ascii="Nirmala UI" w:hAnsi="Nirmala UI" w:cs="Nirmala UI" w:hint="cs"/>
          <w:cs/>
          <w:lang w:bidi="ne-NP"/>
        </w:rPr>
        <w:t xml:space="preserve"> । </w:t>
      </w:r>
      <w:r>
        <w:rPr>
          <w:rFonts w:ascii="Nirmala UI" w:hAnsi="Nirmala UI" w:cs="Nirmala UI" w:hint="cs"/>
          <w:cs/>
          <w:lang w:bidi="ne-NP"/>
        </w:rPr>
        <w:t xml:space="preserve">यसले पनि प्रयोगकर्तालाई धेरै समस्या ल्याउँछ । </w:t>
      </w:r>
    </w:p>
    <w:p w14:paraId="090F2B68" w14:textId="7EC3E7F8" w:rsidR="00F76063" w:rsidRDefault="00131F39" w:rsidP="00131F39">
      <w:p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तसर्थ विश्व स्वास्थ्य संगठनले ह्वीलचेयर वितरणको परम्परागत र दयामा आधारित विधिलाई खारेज गरि यसलाई अधिकार र आधारभूत सेवाको रूपमा परिभाषित गरेको छ । विश्व स्वास्थ्य संगठनले अन्य केहि अन्तर्राष्ट्रय संस्थाहरूसँग मिलेर सन २०२३ मा निर्माण गरेको ह्वीलचेयर सर्भिस गाइडलाईन </w:t>
      </w:r>
      <w:r>
        <w:rPr>
          <w:rFonts w:ascii="Nirmala UI" w:hAnsi="Nirmala UI" w:cs="Nirmala UI"/>
          <w:lang w:bidi="ne-NP"/>
        </w:rPr>
        <w:t>(</w:t>
      </w:r>
      <w:r w:rsidRPr="00131F39">
        <w:rPr>
          <w:rFonts w:ascii="Nirmala UI" w:hAnsi="Nirmala UI" w:cs="Nirmala UI"/>
          <w:lang w:bidi="ne-NP"/>
        </w:rPr>
        <w:t>Wheelchair Service Guidelines</w:t>
      </w:r>
      <w:r>
        <w:rPr>
          <w:rFonts w:ascii="Nirmala UI" w:hAnsi="Nirmala UI" w:cs="Nirmala UI"/>
          <w:lang w:bidi="ne-NP"/>
        </w:rPr>
        <w:t>)</w:t>
      </w:r>
      <w:r w:rsidRPr="00131F39">
        <w:rPr>
          <w:rFonts w:ascii="Nirmala UI" w:hAnsi="Nirmala UI" w:cs="Nirmala UI" w:hint="cs"/>
          <w:cs/>
          <w:lang w:bidi="ne-NP"/>
        </w:rPr>
        <w:t xml:space="preserve"> ले</w:t>
      </w:r>
      <w:r>
        <w:rPr>
          <w:rFonts w:ascii="Nirmala UI" w:hAnsi="Nirmala UI" w:cs="Nirmala UI"/>
          <w:lang w:bidi="ne-NP"/>
        </w:rPr>
        <w:t xml:space="preserve"> </w:t>
      </w:r>
      <w:r>
        <w:rPr>
          <w:rFonts w:ascii="Nirmala UI" w:hAnsi="Nirmala UI" w:cs="Nirmala UI" w:hint="cs"/>
          <w:cs/>
          <w:lang w:bidi="ne-NP"/>
        </w:rPr>
        <w:t>यसको सेवा प्रवाहको लागि देहायबमोजिम</w:t>
      </w:r>
      <w:r w:rsidRPr="00131F39">
        <w:rPr>
          <w:rFonts w:ascii="Nirmala UI" w:hAnsi="Nirmala UI" w:cs="Nirmala UI" w:hint="cs"/>
          <w:cs/>
          <w:lang w:bidi="ne-NP"/>
        </w:rPr>
        <w:t xml:space="preserve"> चारवटा मुख्य</w:t>
      </w:r>
      <w:r>
        <w:rPr>
          <w:rFonts w:ascii="Nirmala UI" w:hAnsi="Nirmala UI" w:cs="Nirmala UI" w:hint="cs"/>
          <w:cs/>
          <w:lang w:bidi="ne-NP"/>
        </w:rPr>
        <w:t xml:space="preserve"> निर्देशनात्मक</w:t>
      </w:r>
      <w:r w:rsidRPr="00131F39">
        <w:rPr>
          <w:rFonts w:ascii="Nirmala UI" w:hAnsi="Nirmala UI" w:cs="Nirmala UI" w:hint="cs"/>
          <w:cs/>
          <w:lang w:bidi="ne-NP"/>
        </w:rPr>
        <w:t xml:space="preserve"> सिद्दान्त</w:t>
      </w:r>
      <w:r>
        <w:rPr>
          <w:rFonts w:ascii="Nirmala UI" w:hAnsi="Nirmala UI" w:cs="Nirmala UI" w:hint="cs"/>
          <w:cs/>
          <w:lang w:bidi="ne-NP"/>
        </w:rPr>
        <w:t xml:space="preserve"> </w:t>
      </w:r>
      <w:r>
        <w:rPr>
          <w:rFonts w:ascii="Nirmala UI" w:hAnsi="Nirmala UI" w:cs="Nirmala UI"/>
          <w:lang w:bidi="ne-NP"/>
        </w:rPr>
        <w:t xml:space="preserve">(Guiding Principles) </w:t>
      </w:r>
      <w:r w:rsidRPr="00131F39">
        <w:rPr>
          <w:rFonts w:ascii="Nirmala UI" w:hAnsi="Nirmala UI" w:cs="Nirmala UI" w:hint="cs"/>
          <w:cs/>
          <w:lang w:bidi="ne-NP"/>
        </w:rPr>
        <w:t>हरू</w:t>
      </w:r>
      <w:r>
        <w:rPr>
          <w:rFonts w:ascii="Nirmala UI" w:hAnsi="Nirmala UI" w:cs="Nirmala UI" w:hint="cs"/>
          <w:cs/>
          <w:lang w:bidi="ne-NP"/>
        </w:rPr>
        <w:t xml:space="preserve">मा जोड दिएको छ । </w:t>
      </w:r>
      <w:r w:rsidRPr="00131F39">
        <w:rPr>
          <w:rFonts w:ascii="Nirmala UI" w:hAnsi="Nirmala UI" w:cs="Nirmala UI" w:hint="cs"/>
          <w:cs/>
          <w:lang w:bidi="ne-NP"/>
        </w:rPr>
        <w:t xml:space="preserve"> </w:t>
      </w:r>
      <w:r w:rsidR="00022097" w:rsidRPr="00131F39">
        <w:rPr>
          <w:rFonts w:ascii="Nirmala UI" w:hAnsi="Nirmala UI" w:cs="Nirmala UI" w:hint="cs"/>
          <w:cs/>
          <w:lang w:bidi="ne-NP"/>
        </w:rPr>
        <w:t xml:space="preserve"> </w:t>
      </w:r>
    </w:p>
    <w:p w14:paraId="5FDCEC42" w14:textId="2ACE8CEB" w:rsidR="00131F39" w:rsidRDefault="00131F39" w:rsidP="00131F39">
      <w:pPr>
        <w:pStyle w:val="ListParagraph"/>
        <w:numPr>
          <w:ilvl w:val="0"/>
          <w:numId w:val="25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उपयुक्त ह्वीलचेयरमा पहुँच प्राप्त गर्नु मानवअधिकार हो । </w:t>
      </w:r>
    </w:p>
    <w:p w14:paraId="19B59C9A" w14:textId="33AEBBD0" w:rsidR="00131F39" w:rsidRDefault="00131F39" w:rsidP="00131F39">
      <w:pPr>
        <w:pStyle w:val="ListParagraph"/>
        <w:numPr>
          <w:ilvl w:val="0"/>
          <w:numId w:val="25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ह्वीलचेयर वितरण सेवा यसको प्रयोग गर्ने व्यक्ति र उसको आवश्यकता केन्द्रित हुनुपर्छ । </w:t>
      </w:r>
    </w:p>
    <w:p w14:paraId="17C25703" w14:textId="5C324737" w:rsidR="00131F39" w:rsidRDefault="00131F39" w:rsidP="00131F39">
      <w:pPr>
        <w:pStyle w:val="ListParagraph"/>
        <w:numPr>
          <w:ilvl w:val="0"/>
          <w:numId w:val="25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>ह्वीलचेयर सेवा युनिभर्सल हेल्थ कभरेजको एउटा मुख्य अंग हो ।</w:t>
      </w:r>
    </w:p>
    <w:p w14:paraId="20C1F92D" w14:textId="211F0080" w:rsidR="00131F39" w:rsidRPr="00131F39" w:rsidRDefault="00131F39" w:rsidP="00131F39">
      <w:pPr>
        <w:pStyle w:val="ListParagraph"/>
        <w:numPr>
          <w:ilvl w:val="0"/>
          <w:numId w:val="25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समानताका आधारमा उपयुक्त ह्वीलचेयरमा पहुँच हुनुपर्छ ।  </w:t>
      </w:r>
    </w:p>
    <w:p w14:paraId="656B2AA7" w14:textId="77777777" w:rsidR="001C4B68" w:rsidRDefault="00D80A51" w:rsidP="00F76B04">
      <w:pPr>
        <w:rPr>
          <w:rFonts w:ascii="Nirmala UI" w:hAnsi="Nirmala UI" w:cs="Nirmala UI"/>
          <w:b/>
          <w:bCs/>
          <w:lang w:bidi="hi-IN"/>
        </w:rPr>
      </w:pPr>
      <w:r w:rsidRPr="00F76063">
        <w:rPr>
          <w:rFonts w:ascii="Nirmala UI" w:hAnsi="Nirmala UI" w:cs="Nirmala UI" w:hint="cs"/>
          <w:b/>
          <w:bCs/>
          <w:cs/>
          <w:lang w:bidi="hi-IN"/>
        </w:rPr>
        <w:t xml:space="preserve">ह्वीलचेयर प्रयोग गर्नु पूर्वको मुल्याङ्कन र नापजाँच भनेको  के हो </w:t>
      </w:r>
      <w:r w:rsidRPr="00F76063">
        <w:rPr>
          <w:rFonts w:ascii="Nirmala UI" w:hAnsi="Nirmala UI" w:cs="Nirmala UI"/>
          <w:b/>
          <w:bCs/>
          <w:lang w:bidi="hi-IN"/>
        </w:rPr>
        <w:t>?</w:t>
      </w:r>
    </w:p>
    <w:p w14:paraId="7DF41DFE" w14:textId="23CAF5A4" w:rsidR="00C22472" w:rsidRDefault="00C22472" w:rsidP="00F76B04">
      <w:p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हामीले माथिनै उल्लेख गरिसक्यौँ कि </w:t>
      </w:r>
      <w:r w:rsidR="001C4B68">
        <w:rPr>
          <w:rFonts w:ascii="Nirmala UI" w:hAnsi="Nirmala UI" w:cs="Nirmala UI" w:hint="cs"/>
          <w:cs/>
          <w:lang w:bidi="ne-NP"/>
        </w:rPr>
        <w:t>व्यक्तिको उमेर, वजन वा उचाई अनुसार ह्वीलचेयरका साइजहरू फरक हुन्छन</w:t>
      </w:r>
      <w:r>
        <w:rPr>
          <w:rFonts w:ascii="Nirmala UI" w:hAnsi="Nirmala UI" w:cs="Nirmala UI" w:hint="cs"/>
          <w:cs/>
          <w:lang w:bidi="ne-NP"/>
        </w:rPr>
        <w:t xml:space="preserve"> । यसैगरि </w:t>
      </w:r>
      <w:r w:rsidR="001C4B68" w:rsidRPr="001C4B68">
        <w:rPr>
          <w:rFonts w:ascii="Nirmala UI" w:hAnsi="Nirmala UI" w:cs="Nirmala UI" w:hint="cs"/>
          <w:cs/>
          <w:lang w:bidi="ne-NP"/>
        </w:rPr>
        <w:t>प्रयोगकर्ताको</w:t>
      </w:r>
      <w:r w:rsidR="001C4B68">
        <w:rPr>
          <w:rFonts w:ascii="Nirmala UI" w:hAnsi="Nirmala UI" w:cs="Nirmala UI" w:hint="cs"/>
          <w:cs/>
          <w:lang w:bidi="ne-NP"/>
        </w:rPr>
        <w:t xml:space="preserve"> शारीरिक अवस्था, यसको प्रकृति र गम्भीरताको अवस्था, ह्वीलचेयर प्रयोगको प्रयोजन, ठाउँ र परिवेश अनुसार पनि ह्वीलचेयरका प्रकारहरू फरक फरक हुन्छन । </w:t>
      </w:r>
      <w:r>
        <w:rPr>
          <w:rFonts w:ascii="Nirmala UI" w:hAnsi="Nirmala UI" w:cs="Nirmala UI" w:hint="cs"/>
          <w:cs/>
          <w:lang w:bidi="ne-NP"/>
        </w:rPr>
        <w:t xml:space="preserve">यतिमात्र नभएर </w:t>
      </w:r>
      <w:r w:rsidR="001C4B68">
        <w:rPr>
          <w:rFonts w:ascii="Nirmala UI" w:hAnsi="Nirmala UI" w:cs="Nirmala UI" w:hint="cs"/>
          <w:cs/>
          <w:lang w:bidi="ne-NP"/>
        </w:rPr>
        <w:t xml:space="preserve">कसैलाई व्यक्तिको अवस्था हेरी छुट्टै डिजाइन चाहिने वा </w:t>
      </w:r>
      <w:r w:rsidR="00DD527A">
        <w:rPr>
          <w:rFonts w:ascii="Nirmala UI" w:hAnsi="Nirmala UI" w:cs="Nirmala UI" w:hint="cs"/>
          <w:cs/>
          <w:lang w:bidi="ne-NP"/>
        </w:rPr>
        <w:t xml:space="preserve">कुनै ह्वीलचेयरलाई परिमार्जन </w:t>
      </w:r>
      <w:r w:rsidR="00DD527A">
        <w:rPr>
          <w:rFonts w:ascii="Nirmala UI" w:hAnsi="Nirmala UI" w:cs="Nirmala UI"/>
          <w:lang w:bidi="ne-NP"/>
        </w:rPr>
        <w:t xml:space="preserve">(Modification) </w:t>
      </w:r>
      <w:r w:rsidR="00DD527A">
        <w:rPr>
          <w:rFonts w:ascii="Nirmala UI" w:hAnsi="Nirmala UI" w:cs="Nirmala UI" w:hint="cs"/>
          <w:cs/>
          <w:lang w:bidi="ne-NP"/>
        </w:rPr>
        <w:t>गरेर पनि दिनुपर्ने हुन्छ ।</w:t>
      </w:r>
      <w:r>
        <w:rPr>
          <w:rFonts w:ascii="Nirmala UI" w:hAnsi="Nirmala UI" w:cs="Nirmala UI" w:hint="cs"/>
          <w:cs/>
          <w:lang w:bidi="ne-NP"/>
        </w:rPr>
        <w:t xml:space="preserve"> तसर्थ कस्तो शारीरिक अवस्थाको व्यक्तिलाई कस्तो ह्वीलचेयर उपयुक्त हुन्छ अथवा उसको लागि ह्वीलचेयरको प्रयोग ठिक हो कि होइन </w:t>
      </w:r>
      <w:r>
        <w:rPr>
          <w:rFonts w:ascii="Nirmala UI" w:hAnsi="Nirmala UI" w:cs="Nirmala UI"/>
          <w:lang w:bidi="ne-NP"/>
        </w:rPr>
        <w:t xml:space="preserve">? </w:t>
      </w:r>
      <w:r>
        <w:rPr>
          <w:rFonts w:ascii="Nirmala UI" w:hAnsi="Nirmala UI" w:cs="Nirmala UI" w:hint="cs"/>
          <w:cs/>
          <w:lang w:bidi="ne-NP"/>
        </w:rPr>
        <w:t xml:space="preserve">भन्ने कुरा थाहा पाउन प्राविधिक नापजाँच जरूरी पर्छ । </w:t>
      </w:r>
      <w:r w:rsidR="00CB0B5D" w:rsidRPr="00CB0B5D">
        <w:rPr>
          <w:rFonts w:ascii="Nirmala UI" w:hAnsi="Nirmala UI" w:cs="Nirmala UI"/>
          <w:cs/>
          <w:lang w:bidi="hi-IN"/>
        </w:rPr>
        <w:t>ह्वीलचेयर</w:t>
      </w:r>
      <w:r w:rsidR="00CB0B5D">
        <w:rPr>
          <w:rFonts w:ascii="Nirmala UI" w:hAnsi="Nirmala UI" w:cs="Nirmala UI"/>
          <w:lang w:bidi="hi-IN"/>
        </w:rPr>
        <w:t xml:space="preserve"> </w:t>
      </w:r>
      <w:r w:rsidR="00CB0B5D">
        <w:rPr>
          <w:rFonts w:ascii="Nirmala UI" w:hAnsi="Nirmala UI" w:cs="Nirmala UI" w:hint="cs"/>
          <w:cs/>
          <w:lang w:bidi="ne-NP"/>
        </w:rPr>
        <w:t xml:space="preserve">उपलब्ध गराउन ह्वीलचेयर प्रयोगको </w:t>
      </w:r>
      <w:r w:rsidR="00CB0B5D" w:rsidRPr="00CB0B5D">
        <w:rPr>
          <w:rFonts w:ascii="Nirmala UI" w:hAnsi="Nirmala UI" w:cs="Nirmala UI"/>
          <w:cs/>
          <w:lang w:bidi="hi-IN"/>
        </w:rPr>
        <w:t>उद्देश्य</w:t>
      </w:r>
      <w:r w:rsidR="00CB0B5D">
        <w:rPr>
          <w:rFonts w:ascii="Nirmala UI" w:hAnsi="Nirmala UI" w:cs="Nirmala UI" w:hint="cs"/>
          <w:cs/>
          <w:lang w:bidi="hi-IN"/>
        </w:rPr>
        <w:t xml:space="preserve"> वा प्रयोजन, </w:t>
      </w:r>
      <w:r w:rsidR="00CB0B5D" w:rsidRPr="00CB0B5D">
        <w:rPr>
          <w:rFonts w:ascii="Nirmala UI" w:hAnsi="Nirmala UI" w:cs="Nirmala UI"/>
          <w:cs/>
          <w:lang w:bidi="hi-IN"/>
        </w:rPr>
        <w:t>प्रयोगकर्ताको शारीरिक अवस्था</w:t>
      </w:r>
      <w:r w:rsidR="00CB0B5D" w:rsidRPr="00CB0B5D">
        <w:rPr>
          <w:rFonts w:ascii="Nirmala UI" w:hAnsi="Nirmala UI" w:cs="Nirmala UI"/>
          <w:lang w:bidi="ne-NP"/>
        </w:rPr>
        <w:t xml:space="preserve">, </w:t>
      </w:r>
      <w:r w:rsidR="00CB0B5D" w:rsidRPr="00CB0B5D">
        <w:rPr>
          <w:rFonts w:ascii="Nirmala UI" w:hAnsi="Nirmala UI" w:cs="Nirmala UI"/>
          <w:cs/>
          <w:lang w:bidi="hi-IN"/>
        </w:rPr>
        <w:t>आवश्यक सहयोग</w:t>
      </w:r>
      <w:r w:rsidR="00CB0B5D" w:rsidRPr="00CB0B5D">
        <w:rPr>
          <w:rFonts w:ascii="Nirmala UI" w:hAnsi="Nirmala UI" w:cs="Nirmala UI"/>
          <w:lang w:bidi="ne-NP"/>
        </w:rPr>
        <w:t xml:space="preserve">, </w:t>
      </w:r>
      <w:r w:rsidR="00CB0B5D">
        <w:rPr>
          <w:rFonts w:ascii="Nirmala UI" w:hAnsi="Nirmala UI" w:cs="Nirmala UI" w:hint="cs"/>
          <w:cs/>
          <w:lang w:bidi="ne-NP"/>
        </w:rPr>
        <w:t xml:space="preserve">ह्वीलचेयर दैनिक प्रयोग गरिने </w:t>
      </w:r>
      <w:r w:rsidR="00CB0B5D" w:rsidRPr="00CB0B5D">
        <w:rPr>
          <w:rFonts w:ascii="Nirmala UI" w:hAnsi="Nirmala UI" w:cs="Nirmala UI"/>
          <w:cs/>
          <w:lang w:bidi="hi-IN"/>
        </w:rPr>
        <w:t>वातावरण र व्यक्तिगत रोजाइ</w:t>
      </w:r>
      <w:r w:rsidR="00CB0B5D">
        <w:rPr>
          <w:rFonts w:ascii="Nirmala UI" w:hAnsi="Nirmala UI" w:cs="Nirmala UI" w:hint="cs"/>
          <w:cs/>
          <w:lang w:bidi="hi-IN"/>
        </w:rPr>
        <w:t xml:space="preserve"> समेतलाई</w:t>
      </w:r>
      <w:r w:rsidR="00CB0B5D" w:rsidRPr="00CB0B5D">
        <w:rPr>
          <w:rFonts w:ascii="Nirmala UI" w:hAnsi="Nirmala UI" w:cs="Nirmala UI"/>
          <w:cs/>
          <w:lang w:bidi="hi-IN"/>
        </w:rPr>
        <w:t xml:space="preserve"> बुझेर उपयुक्त र सुरक्षित ह्वीलचेयर</w:t>
      </w:r>
      <w:r w:rsidR="00CB0B5D">
        <w:rPr>
          <w:rFonts w:ascii="Nirmala UI" w:hAnsi="Nirmala UI" w:cs="Nirmala UI" w:hint="cs"/>
          <w:cs/>
          <w:lang w:bidi="hi-IN"/>
        </w:rPr>
        <w:t xml:space="preserve"> उपलब्ध गराउनुपर्छ ।</w:t>
      </w:r>
      <w:r w:rsidR="0045402F">
        <w:rPr>
          <w:rFonts w:ascii="Nirmala UI" w:hAnsi="Nirmala UI" w:cs="Nirmala UI"/>
          <w:lang w:bidi="hi-IN"/>
        </w:rPr>
        <w:t xml:space="preserve"> </w:t>
      </w:r>
      <w:r w:rsidR="0045402F">
        <w:rPr>
          <w:rFonts w:ascii="Nirmala UI" w:hAnsi="Nirmala UI" w:cs="Nirmala UI" w:hint="cs"/>
          <w:cs/>
          <w:lang w:bidi="ne-NP"/>
        </w:rPr>
        <w:t xml:space="preserve">विश्व स्वास्थ्य संगठनका अनुसार प्रयोगकर्ताको पूर्ण प्राविधिक नापजाँच र सहि ह्वीलचेयरको छनौट ह्वीलचेयर प्रयोगकर्ता र तालिमप्राप्त प्राविधिक सँगै रहेर शारीरिक अवस्था, व्यक्तिको जीवनशैली, रोजाई लगायतका कुराहरू जाँच गरेर उसको </w:t>
      </w:r>
      <w:r w:rsidR="0045402F">
        <w:rPr>
          <w:rFonts w:ascii="Nirmala UI" w:hAnsi="Nirmala UI" w:cs="Nirmala UI" w:hint="cs"/>
          <w:cs/>
          <w:lang w:bidi="ne-NP"/>
        </w:rPr>
        <w:lastRenderedPageBreak/>
        <w:t>आवश्यकता अनुसारको र उपयुक्त हुने ह्वीलचेयर छनौट गर्ने एउटा प्रकृया हो</w:t>
      </w:r>
      <w:r w:rsidR="0045402F">
        <w:rPr>
          <w:rStyle w:val="FootnoteReference"/>
          <w:rFonts w:ascii="Nirmala UI" w:hAnsi="Nirmala UI" w:cs="Nirmala UI"/>
          <w:cs/>
          <w:lang w:bidi="ne-NP"/>
        </w:rPr>
        <w:footnoteReference w:id="1"/>
      </w:r>
      <w:r w:rsidR="0045402F">
        <w:rPr>
          <w:rFonts w:ascii="Nirmala UI" w:hAnsi="Nirmala UI" w:cs="Nirmala UI" w:hint="cs"/>
          <w:cs/>
          <w:lang w:bidi="ne-NP"/>
        </w:rPr>
        <w:t xml:space="preserve"> । तसर्थ </w:t>
      </w:r>
      <w:r w:rsidR="00CB0B5D">
        <w:rPr>
          <w:rFonts w:ascii="Nirmala UI" w:hAnsi="Nirmala UI" w:cs="Nirmala UI" w:hint="cs"/>
          <w:cs/>
          <w:lang w:bidi="hi-IN"/>
        </w:rPr>
        <w:t>प्राविधिक नापजाँच गर्दा कम्तिमा देहायबमोजिम कुराहरूको न</w:t>
      </w:r>
      <w:r w:rsidR="00CB0B5D" w:rsidRPr="00CB0B5D">
        <w:rPr>
          <w:rFonts w:ascii="Nirmala UI" w:hAnsi="Nirmala UI" w:cs="Nirmala UI"/>
          <w:cs/>
          <w:lang w:bidi="hi-IN"/>
        </w:rPr>
        <w:t>नापजाँच</w:t>
      </w:r>
      <w:r w:rsidR="00CB0B5D">
        <w:rPr>
          <w:rFonts w:ascii="Nirmala UI" w:hAnsi="Nirmala UI" w:cs="Nirmala UI" w:hint="cs"/>
          <w:cs/>
          <w:lang w:bidi="hi-IN"/>
        </w:rPr>
        <w:t xml:space="preserve"> गर्नुपर्छ । </w:t>
      </w:r>
    </w:p>
    <w:p w14:paraId="368B1C32" w14:textId="77777777" w:rsidR="00CB0B5D" w:rsidRPr="00CB0B5D" w:rsidRDefault="00CB0B5D" w:rsidP="00CB0B5D">
      <w:p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b/>
          <w:bCs/>
          <w:cs/>
          <w:lang w:bidi="ne-NP"/>
        </w:rPr>
        <w:t>प्रयोगकर्ताको शारीरिक अवस्था र स्वास्थ्य</w:t>
      </w:r>
    </w:p>
    <w:p w14:paraId="11C56895" w14:textId="3AB69869" w:rsidR="00CB0B5D" w:rsidRPr="00CB0B5D" w:rsidRDefault="0045402F" w:rsidP="00CB0B5D">
      <w:pPr>
        <w:numPr>
          <w:ilvl w:val="0"/>
          <w:numId w:val="18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व्यक्तिको उमेर, </w:t>
      </w:r>
      <w:r w:rsidR="00CB0B5D" w:rsidRPr="00CB0B5D">
        <w:rPr>
          <w:rFonts w:ascii="Nirmala UI" w:hAnsi="Nirmala UI" w:cs="Nirmala UI"/>
          <w:cs/>
          <w:lang w:bidi="ne-NP"/>
        </w:rPr>
        <w:t>उचाइ र तौल</w:t>
      </w:r>
      <w:r>
        <w:rPr>
          <w:rFonts w:ascii="Nirmala UI" w:hAnsi="Nirmala UI" w:cs="Nirmala UI" w:hint="cs"/>
          <w:cs/>
          <w:lang w:bidi="ne-NP"/>
        </w:rPr>
        <w:t xml:space="preserve"> </w:t>
      </w:r>
    </w:p>
    <w:p w14:paraId="5D49DB5E" w14:textId="7BBF46F5" w:rsidR="00CB0B5D" w:rsidRPr="00CB0B5D" w:rsidRDefault="00597E94" w:rsidP="00CB0B5D">
      <w:pPr>
        <w:numPr>
          <w:ilvl w:val="0"/>
          <w:numId w:val="18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शरीरको अनुपातमा </w:t>
      </w:r>
      <w:r w:rsidR="00CB0B5D" w:rsidRPr="00CB0B5D">
        <w:rPr>
          <w:rFonts w:ascii="Nirmala UI" w:hAnsi="Nirmala UI" w:cs="Nirmala UI"/>
          <w:cs/>
          <w:lang w:bidi="ne-NP"/>
        </w:rPr>
        <w:t>टाउको</w:t>
      </w:r>
      <w:r w:rsidR="00CB0B5D" w:rsidRPr="00CB0B5D">
        <w:rPr>
          <w:rFonts w:ascii="Nirmala UI" w:hAnsi="Nirmala UI" w:cs="Nirmala UI"/>
          <w:lang w:bidi="ne-NP"/>
        </w:rPr>
        <w:t xml:space="preserve">, </w:t>
      </w:r>
      <w:r w:rsidR="00CB0B5D" w:rsidRPr="00CB0B5D">
        <w:rPr>
          <w:rFonts w:ascii="Nirmala UI" w:hAnsi="Nirmala UI" w:cs="Nirmala UI"/>
          <w:cs/>
          <w:lang w:bidi="ne-NP"/>
        </w:rPr>
        <w:t>ढाड</w:t>
      </w:r>
      <w:r w:rsidR="00CB0B5D" w:rsidRPr="00CB0B5D">
        <w:rPr>
          <w:rFonts w:ascii="Nirmala UI" w:hAnsi="Nirmala UI" w:cs="Nirmala UI"/>
          <w:lang w:bidi="ne-NP"/>
        </w:rPr>
        <w:t xml:space="preserve">, </w:t>
      </w:r>
      <w:r w:rsidR="00CB0B5D" w:rsidRPr="00CB0B5D">
        <w:rPr>
          <w:rFonts w:ascii="Nirmala UI" w:hAnsi="Nirmala UI" w:cs="Nirmala UI"/>
          <w:cs/>
          <w:lang w:bidi="ne-NP"/>
        </w:rPr>
        <w:t>कुम</w:t>
      </w:r>
      <w:r w:rsidR="00CB0B5D" w:rsidRPr="00CB0B5D">
        <w:rPr>
          <w:rFonts w:ascii="Nirmala UI" w:hAnsi="Nirmala UI" w:cs="Nirmala UI"/>
          <w:lang w:bidi="ne-NP"/>
        </w:rPr>
        <w:t xml:space="preserve">, </w:t>
      </w:r>
      <w:r>
        <w:rPr>
          <w:rFonts w:ascii="Nirmala UI" w:hAnsi="Nirmala UI" w:cs="Nirmala UI" w:hint="cs"/>
          <w:cs/>
          <w:lang w:bidi="ne-NP"/>
        </w:rPr>
        <w:t xml:space="preserve">कम्मर </w:t>
      </w:r>
      <w:r w:rsidR="00CB0B5D" w:rsidRPr="00CB0B5D">
        <w:rPr>
          <w:rFonts w:ascii="Nirmala UI" w:hAnsi="Nirmala UI" w:cs="Nirmala UI"/>
          <w:cs/>
          <w:lang w:bidi="ne-NP"/>
        </w:rPr>
        <w:t>र खुट्टाको अबस्था</w:t>
      </w:r>
    </w:p>
    <w:p w14:paraId="75718AAC" w14:textId="38645A75" w:rsidR="00CB0B5D" w:rsidRPr="00CB0B5D" w:rsidRDefault="00CB0B5D" w:rsidP="00CB0B5D">
      <w:pPr>
        <w:numPr>
          <w:ilvl w:val="0"/>
          <w:numId w:val="18"/>
        </w:num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cs/>
          <w:lang w:bidi="ne-NP"/>
        </w:rPr>
        <w:t>ढाड</w:t>
      </w:r>
      <w:r w:rsidR="00597E94">
        <w:rPr>
          <w:rFonts w:ascii="Nirmala UI" w:hAnsi="Nirmala UI" w:cs="Nirmala UI" w:hint="cs"/>
          <w:cs/>
          <w:lang w:bidi="ne-NP"/>
        </w:rPr>
        <w:t>लाई</w:t>
      </w:r>
      <w:r w:rsidRPr="00CB0B5D">
        <w:rPr>
          <w:rFonts w:ascii="Nirmala UI" w:hAnsi="Nirmala UI" w:cs="Nirmala UI"/>
          <w:cs/>
          <w:lang w:bidi="ne-NP"/>
        </w:rPr>
        <w:t xml:space="preserve"> सीधा राख्न सक्ने</w:t>
      </w:r>
      <w:r w:rsidR="00597E94">
        <w:rPr>
          <w:rFonts w:ascii="Nirmala UI" w:hAnsi="Nirmala UI" w:cs="Nirmala UI" w:hint="cs"/>
          <w:cs/>
          <w:lang w:bidi="ne-NP"/>
        </w:rPr>
        <w:t xml:space="preserve"> वा </w:t>
      </w:r>
      <w:r w:rsidRPr="00CB0B5D">
        <w:rPr>
          <w:rFonts w:ascii="Nirmala UI" w:hAnsi="Nirmala UI" w:cs="Nirmala UI"/>
          <w:cs/>
          <w:lang w:bidi="ne-NP"/>
        </w:rPr>
        <w:t xml:space="preserve">नसक्ने </w:t>
      </w:r>
    </w:p>
    <w:p w14:paraId="1FE1ED69" w14:textId="2EE702E9" w:rsidR="00CB0B5D" w:rsidRPr="00CB0B5D" w:rsidRDefault="00CB0B5D" w:rsidP="00CB0B5D">
      <w:pPr>
        <w:numPr>
          <w:ilvl w:val="0"/>
          <w:numId w:val="18"/>
        </w:num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cs/>
          <w:lang w:bidi="ne-NP"/>
        </w:rPr>
        <w:t>हात चलाउने क्षमता</w:t>
      </w:r>
      <w:r w:rsidR="00597E94">
        <w:rPr>
          <w:rFonts w:ascii="Nirmala UI" w:hAnsi="Nirmala UI" w:cs="Nirmala UI" w:hint="cs"/>
          <w:cs/>
          <w:lang w:bidi="ne-NP"/>
        </w:rPr>
        <w:t xml:space="preserve"> </w:t>
      </w:r>
      <w:r w:rsidR="00597E94">
        <w:rPr>
          <w:rFonts w:ascii="Nirmala UI" w:hAnsi="Nirmala UI" w:cs="Nirmala UI"/>
          <w:lang w:bidi="ne-NP"/>
        </w:rPr>
        <w:t>(</w:t>
      </w:r>
      <w:r w:rsidR="00597E94">
        <w:rPr>
          <w:rFonts w:ascii="Nirmala UI" w:hAnsi="Nirmala UI" w:cs="Nirmala UI" w:hint="cs"/>
          <w:cs/>
          <w:lang w:bidi="ne-NP"/>
        </w:rPr>
        <w:t>हातमा कति शक्ति छ र कत्तिको चलायमान छ</w:t>
      </w:r>
      <w:r w:rsidR="00597E94">
        <w:rPr>
          <w:rFonts w:ascii="Nirmala UI" w:hAnsi="Nirmala UI" w:cs="Nirmala UI"/>
          <w:lang w:bidi="ne-NP"/>
        </w:rPr>
        <w:t xml:space="preserve">) </w:t>
      </w:r>
    </w:p>
    <w:p w14:paraId="395D919D" w14:textId="77C680AF" w:rsidR="00CB0B5D" w:rsidRPr="00CB0B5D" w:rsidRDefault="00597E94" w:rsidP="00CB0B5D">
      <w:pPr>
        <w:numPr>
          <w:ilvl w:val="0"/>
          <w:numId w:val="18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छालाको संवेदना </w:t>
      </w:r>
      <w:r>
        <w:rPr>
          <w:rFonts w:ascii="Nirmala UI" w:hAnsi="Nirmala UI" w:cs="Nirmala UI"/>
          <w:lang w:bidi="ne-NP"/>
        </w:rPr>
        <w:t>(</w:t>
      </w:r>
      <w:r>
        <w:rPr>
          <w:rFonts w:ascii="Nirmala UI" w:hAnsi="Nirmala UI" w:cs="Nirmala UI" w:hint="cs"/>
          <w:cs/>
          <w:lang w:bidi="ne-NP"/>
        </w:rPr>
        <w:t>कत्तिको प्रेसर वा दवाव धान्न सक्छ</w:t>
      </w:r>
      <w:r>
        <w:rPr>
          <w:rFonts w:ascii="Nirmala UI" w:hAnsi="Nirmala UI" w:cs="Nirmala UI"/>
          <w:lang w:bidi="ne-NP"/>
        </w:rPr>
        <w:t xml:space="preserve">) </w:t>
      </w:r>
    </w:p>
    <w:p w14:paraId="55A7FDEA" w14:textId="48F2813E" w:rsidR="00CB0B5D" w:rsidRPr="00CB0B5D" w:rsidRDefault="00CB0B5D" w:rsidP="00CB0B5D">
      <w:pPr>
        <w:numPr>
          <w:ilvl w:val="0"/>
          <w:numId w:val="18"/>
        </w:num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cs/>
          <w:lang w:bidi="ne-NP"/>
        </w:rPr>
        <w:t>जोर्नीको लचकता (</w:t>
      </w:r>
      <w:r w:rsidR="00597E94">
        <w:rPr>
          <w:rFonts w:ascii="Nirmala UI" w:hAnsi="Nirmala UI" w:cs="Nirmala UI"/>
          <w:lang w:bidi="ne-NP"/>
        </w:rPr>
        <w:t xml:space="preserve"> </w:t>
      </w:r>
      <w:r w:rsidR="00597E94">
        <w:rPr>
          <w:rFonts w:ascii="Nirmala UI" w:hAnsi="Nirmala UI" w:cs="Nirmala UI" w:hint="cs"/>
          <w:cs/>
          <w:lang w:bidi="ne-NP"/>
        </w:rPr>
        <w:t>कन्ट्राक्चर वा कडापन छ कि छैन</w:t>
      </w:r>
      <w:r w:rsidR="00597E94">
        <w:rPr>
          <w:rFonts w:ascii="Nirmala UI" w:hAnsi="Nirmala UI" w:cs="Nirmala UI"/>
          <w:lang w:bidi="ne-NP"/>
        </w:rPr>
        <w:t xml:space="preserve">) </w:t>
      </w:r>
    </w:p>
    <w:p w14:paraId="28C4D798" w14:textId="60BD1EA7" w:rsidR="00CB0B5D" w:rsidRPr="00CB0B5D" w:rsidRDefault="00CB0B5D" w:rsidP="00CB0B5D">
      <w:pPr>
        <w:numPr>
          <w:ilvl w:val="0"/>
          <w:numId w:val="18"/>
        </w:num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cs/>
          <w:lang w:bidi="ne-NP"/>
        </w:rPr>
        <w:t>कुनै स्थायी चोट</w:t>
      </w:r>
      <w:r w:rsidR="00597E94">
        <w:rPr>
          <w:rFonts w:ascii="Nirmala UI" w:hAnsi="Nirmala UI" w:cs="Nirmala UI"/>
          <w:lang w:bidi="ne-NP"/>
        </w:rPr>
        <w:t xml:space="preserve"> </w:t>
      </w:r>
      <w:r w:rsidR="00597E94">
        <w:rPr>
          <w:rFonts w:ascii="Nirmala UI" w:hAnsi="Nirmala UI" w:cs="Nirmala UI" w:hint="cs"/>
          <w:cs/>
          <w:lang w:bidi="ne-NP"/>
        </w:rPr>
        <w:t>पटक लागेको</w:t>
      </w:r>
      <w:r w:rsidRPr="00CB0B5D">
        <w:rPr>
          <w:rFonts w:ascii="Nirmala UI" w:hAnsi="Nirmala UI" w:cs="Nirmala UI"/>
          <w:lang w:bidi="ne-NP"/>
        </w:rPr>
        <w:t xml:space="preserve">, </w:t>
      </w:r>
      <w:r w:rsidRPr="00CB0B5D">
        <w:rPr>
          <w:rFonts w:ascii="Nirmala UI" w:hAnsi="Nirmala UI" w:cs="Nirmala UI"/>
          <w:cs/>
          <w:lang w:bidi="ne-NP"/>
        </w:rPr>
        <w:t xml:space="preserve">हड्डी </w:t>
      </w:r>
      <w:r w:rsidR="00597E94">
        <w:rPr>
          <w:rFonts w:ascii="Nirmala UI" w:hAnsi="Nirmala UI" w:cs="Nirmala UI" w:hint="cs"/>
          <w:cs/>
          <w:lang w:bidi="ne-NP"/>
        </w:rPr>
        <w:t xml:space="preserve">बाङ्गिएको </w:t>
      </w:r>
      <w:r w:rsidRPr="00CB0B5D">
        <w:rPr>
          <w:rFonts w:ascii="Nirmala UI" w:hAnsi="Nirmala UI" w:cs="Nirmala UI"/>
          <w:cs/>
          <w:lang w:bidi="ne-NP"/>
        </w:rPr>
        <w:t>(</w:t>
      </w:r>
      <w:r w:rsidRPr="00CB0B5D">
        <w:rPr>
          <w:rFonts w:ascii="Nirmala UI" w:hAnsi="Nirmala UI" w:cs="Nirmala UI"/>
          <w:lang w:bidi="ne-NP"/>
        </w:rPr>
        <w:t xml:space="preserve">scoliosis / pelvic tilt) </w:t>
      </w:r>
      <w:r w:rsidRPr="00CB0B5D">
        <w:rPr>
          <w:rFonts w:ascii="Nirmala UI" w:hAnsi="Nirmala UI" w:cs="Nirmala UI"/>
          <w:cs/>
          <w:lang w:bidi="ne-NP"/>
        </w:rPr>
        <w:t>छ कि</w:t>
      </w:r>
      <w:r w:rsidR="00597E94">
        <w:rPr>
          <w:rFonts w:ascii="Nirmala UI" w:hAnsi="Nirmala UI" w:cs="Nirmala UI" w:hint="cs"/>
          <w:cs/>
          <w:lang w:bidi="ne-NP"/>
        </w:rPr>
        <w:t xml:space="preserve"> छैन </w:t>
      </w:r>
      <w:r w:rsidRPr="00CB0B5D">
        <w:rPr>
          <w:rFonts w:ascii="Nirmala UI" w:hAnsi="Nirmala UI" w:cs="Nirmala UI"/>
          <w:lang w:bidi="ne-NP"/>
        </w:rPr>
        <w:t>?</w:t>
      </w:r>
    </w:p>
    <w:p w14:paraId="228FB70A" w14:textId="10500DE5" w:rsidR="00CB0B5D" w:rsidRPr="00CB0B5D" w:rsidRDefault="00CB0B5D" w:rsidP="00CB0B5D">
      <w:p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b/>
          <w:bCs/>
          <w:lang w:bidi="ne-NP"/>
        </w:rPr>
        <w:t xml:space="preserve">2. </w:t>
      </w:r>
      <w:r w:rsidR="00597E94">
        <w:rPr>
          <w:rFonts w:ascii="Nirmala UI" w:hAnsi="Nirmala UI" w:cs="Nirmala UI" w:hint="cs"/>
          <w:b/>
          <w:bCs/>
          <w:cs/>
          <w:lang w:bidi="ne-NP"/>
        </w:rPr>
        <w:t xml:space="preserve">बस्ने बेलामा चाहिने सहयोग </w:t>
      </w:r>
      <w:r w:rsidRPr="00CB0B5D">
        <w:rPr>
          <w:rFonts w:ascii="Nirmala UI" w:hAnsi="Nirmala UI" w:cs="Nirmala UI"/>
          <w:b/>
          <w:bCs/>
          <w:cs/>
          <w:lang w:bidi="ne-NP"/>
        </w:rPr>
        <w:t>(</w:t>
      </w:r>
      <w:r w:rsidRPr="00CB0B5D">
        <w:rPr>
          <w:rFonts w:ascii="Nirmala UI" w:hAnsi="Nirmala UI" w:cs="Nirmala UI"/>
          <w:b/>
          <w:bCs/>
          <w:lang w:bidi="ne-NP"/>
        </w:rPr>
        <w:t>Seating Support)</w:t>
      </w:r>
    </w:p>
    <w:p w14:paraId="7E6DC5C8" w14:textId="55152FDB" w:rsidR="00CB0B5D" w:rsidRPr="00CB0B5D" w:rsidRDefault="00597E94" w:rsidP="00CB0B5D">
      <w:pPr>
        <w:numPr>
          <w:ilvl w:val="0"/>
          <w:numId w:val="19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बस्दा माथिल्लो वा तल्लो </w:t>
      </w:r>
      <w:r w:rsidR="00CB0B5D" w:rsidRPr="00CB0B5D">
        <w:rPr>
          <w:rFonts w:ascii="Nirmala UI" w:hAnsi="Nirmala UI" w:cs="Nirmala UI"/>
          <w:cs/>
          <w:lang w:bidi="ne-NP"/>
        </w:rPr>
        <w:t xml:space="preserve">ढाडको </w:t>
      </w:r>
      <w:r>
        <w:rPr>
          <w:rFonts w:ascii="Nirmala UI" w:hAnsi="Nirmala UI" w:cs="Nirmala UI" w:hint="cs"/>
          <w:cs/>
          <w:lang w:bidi="ne-NP"/>
        </w:rPr>
        <w:t>सहयोग</w:t>
      </w:r>
      <w:r w:rsidR="00CB0B5D" w:rsidRPr="00CB0B5D">
        <w:rPr>
          <w:rFonts w:ascii="Nirmala UI" w:hAnsi="Nirmala UI" w:cs="Nirmala UI"/>
          <w:cs/>
          <w:lang w:bidi="ne-NP"/>
        </w:rPr>
        <w:t xml:space="preserve"> कति चाहिन्छ</w:t>
      </w:r>
      <w:r w:rsidR="00CB0B5D" w:rsidRPr="00CB0B5D">
        <w:rPr>
          <w:rFonts w:ascii="Nirmala UI" w:hAnsi="Nirmala UI" w:cs="Nirmala UI"/>
          <w:lang w:bidi="ne-NP"/>
        </w:rPr>
        <w:t xml:space="preserve">? </w:t>
      </w:r>
      <w:r>
        <w:rPr>
          <w:rFonts w:ascii="Nirmala UI" w:hAnsi="Nirmala UI" w:cs="Nirmala UI"/>
          <w:lang w:bidi="ne-NP"/>
        </w:rPr>
        <w:t xml:space="preserve">(Support of high back and low back) </w:t>
      </w:r>
    </w:p>
    <w:p w14:paraId="544990FA" w14:textId="4B12109D" w:rsidR="00CB0B5D" w:rsidRPr="00CB0B5D" w:rsidRDefault="00597E94" w:rsidP="00CB0B5D">
      <w:pPr>
        <w:numPr>
          <w:ilvl w:val="0"/>
          <w:numId w:val="19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छेउतिरबाट सहयोग </w:t>
      </w:r>
      <w:r>
        <w:rPr>
          <w:rFonts w:ascii="Nirmala UI" w:hAnsi="Nirmala UI" w:cs="Nirmala UI"/>
          <w:lang w:bidi="ne-NP"/>
        </w:rPr>
        <w:t>(</w:t>
      </w:r>
      <w:r w:rsidR="00CB0B5D" w:rsidRPr="00CB0B5D">
        <w:rPr>
          <w:rFonts w:ascii="Nirmala UI" w:hAnsi="Nirmala UI" w:cs="Nirmala UI"/>
          <w:lang w:bidi="ne-NP"/>
        </w:rPr>
        <w:t>Side support</w:t>
      </w:r>
      <w:r>
        <w:rPr>
          <w:rFonts w:ascii="Nirmala UI" w:hAnsi="Nirmala UI" w:cs="Nirmala UI"/>
          <w:lang w:bidi="ne-NP"/>
        </w:rPr>
        <w:t xml:space="preserve">) </w:t>
      </w:r>
      <w:r w:rsidR="00CB0B5D" w:rsidRPr="00CB0B5D">
        <w:rPr>
          <w:rFonts w:ascii="Nirmala UI" w:hAnsi="Nirmala UI" w:cs="Nirmala UI"/>
          <w:cs/>
          <w:lang w:bidi="ne-NP"/>
        </w:rPr>
        <w:t>चाहिन्छ कि</w:t>
      </w:r>
      <w:r>
        <w:rPr>
          <w:rFonts w:ascii="Nirmala UI" w:hAnsi="Nirmala UI" w:cs="Nirmala UI"/>
          <w:lang w:bidi="ne-NP"/>
        </w:rPr>
        <w:t xml:space="preserve"> </w:t>
      </w:r>
      <w:r>
        <w:rPr>
          <w:rFonts w:ascii="Nirmala UI" w:hAnsi="Nirmala UI" w:cs="Nirmala UI" w:hint="cs"/>
          <w:cs/>
          <w:lang w:bidi="ne-NP"/>
        </w:rPr>
        <w:t xml:space="preserve">चाहिँदैन </w:t>
      </w:r>
      <w:r w:rsidR="00CB0B5D" w:rsidRPr="00CB0B5D">
        <w:rPr>
          <w:rFonts w:ascii="Nirmala UI" w:hAnsi="Nirmala UI" w:cs="Nirmala UI"/>
          <w:lang w:bidi="ne-NP"/>
        </w:rPr>
        <w:t>? (Pelvic straps, lateral supports)</w:t>
      </w:r>
    </w:p>
    <w:p w14:paraId="254BA276" w14:textId="7204E23B" w:rsidR="00CB0B5D" w:rsidRPr="00CB0B5D" w:rsidRDefault="00CB0B5D" w:rsidP="00CB0B5D">
      <w:pPr>
        <w:numPr>
          <w:ilvl w:val="0"/>
          <w:numId w:val="19"/>
        </w:num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cs/>
          <w:lang w:bidi="ne-NP"/>
        </w:rPr>
        <w:t>कुसन कस्तो चाहिन्छ</w:t>
      </w:r>
      <w:r w:rsidR="00597E94">
        <w:rPr>
          <w:rFonts w:ascii="Nirmala UI" w:hAnsi="Nirmala UI" w:cs="Nirmala UI"/>
          <w:lang w:bidi="ne-NP"/>
        </w:rPr>
        <w:t xml:space="preserve"> - </w:t>
      </w:r>
      <w:r w:rsidR="00597E94">
        <w:rPr>
          <w:rFonts w:ascii="Nirmala UI" w:hAnsi="Nirmala UI" w:cs="Nirmala UI" w:hint="cs"/>
          <w:cs/>
          <w:lang w:bidi="ne-NP"/>
        </w:rPr>
        <w:t>जस्तै सामान्य कुसन वा दवावलाई कम गर्ने कुसन</w:t>
      </w:r>
      <w:r w:rsidR="00597E94">
        <w:rPr>
          <w:rFonts w:ascii="Nirmala UI" w:hAnsi="Nirmala UI" w:cs="Nirmala UI"/>
          <w:lang w:bidi="ne-NP"/>
        </w:rPr>
        <w:t xml:space="preserve"> </w:t>
      </w:r>
      <w:r w:rsidRPr="00CB0B5D">
        <w:rPr>
          <w:rFonts w:ascii="Nirmala UI" w:hAnsi="Nirmala UI" w:cs="Nirmala UI"/>
          <w:lang w:bidi="ne-NP"/>
        </w:rPr>
        <w:t>? (Pressure relief cushion vs. normal</w:t>
      </w:r>
      <w:r w:rsidR="00597E94">
        <w:rPr>
          <w:rFonts w:ascii="Nirmala UI" w:hAnsi="Nirmala UI" w:cs="Nirmala UI" w:hint="cs"/>
          <w:cs/>
          <w:lang w:bidi="ne-NP"/>
        </w:rPr>
        <w:t xml:space="preserve"> </w:t>
      </w:r>
      <w:r w:rsidR="00597E94">
        <w:rPr>
          <w:rFonts w:ascii="Nirmala UI" w:hAnsi="Nirmala UI" w:cs="Nirmala UI"/>
          <w:lang w:bidi="ne-NP"/>
        </w:rPr>
        <w:t>cuhion</w:t>
      </w:r>
      <w:r w:rsidRPr="00CB0B5D">
        <w:rPr>
          <w:rFonts w:ascii="Nirmala UI" w:hAnsi="Nirmala UI" w:cs="Nirmala UI"/>
          <w:lang w:bidi="ne-NP"/>
        </w:rPr>
        <w:t>)</w:t>
      </w:r>
    </w:p>
    <w:p w14:paraId="61A441F6" w14:textId="0F2FB5FC" w:rsidR="00CB0B5D" w:rsidRPr="00CB0B5D" w:rsidRDefault="00CB0B5D" w:rsidP="00CB0B5D">
      <w:pPr>
        <w:numPr>
          <w:ilvl w:val="0"/>
          <w:numId w:val="19"/>
        </w:num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cs/>
          <w:lang w:bidi="ne-NP"/>
        </w:rPr>
        <w:t>हिप र घुँडा</w:t>
      </w:r>
      <w:r w:rsidR="003450FF">
        <w:rPr>
          <w:rFonts w:ascii="Nirmala UI" w:hAnsi="Nirmala UI" w:cs="Nirmala UI" w:hint="cs"/>
          <w:cs/>
          <w:lang w:bidi="ne-NP"/>
        </w:rPr>
        <w:t>लाई कुन</w:t>
      </w:r>
      <w:r w:rsidRPr="00CB0B5D">
        <w:rPr>
          <w:rFonts w:ascii="Nirmala UI" w:hAnsi="Nirmala UI" w:cs="Nirmala UI"/>
          <w:cs/>
          <w:lang w:bidi="ne-NP"/>
        </w:rPr>
        <w:t xml:space="preserve"> कोण</w:t>
      </w:r>
      <w:r w:rsidR="003450FF">
        <w:rPr>
          <w:rFonts w:ascii="Nirmala UI" w:hAnsi="Nirmala UI" w:cs="Nirmala UI" w:hint="cs"/>
          <w:cs/>
          <w:lang w:bidi="ne-NP"/>
        </w:rPr>
        <w:t xml:space="preserve">मा वा कसरी राख्दा </w:t>
      </w:r>
      <w:r w:rsidRPr="00CB0B5D">
        <w:rPr>
          <w:rFonts w:ascii="Nirmala UI" w:hAnsi="Nirmala UI" w:cs="Nirmala UI"/>
          <w:cs/>
          <w:lang w:bidi="ne-NP"/>
        </w:rPr>
        <w:t>सहज हुन्छ</w:t>
      </w:r>
      <w:r w:rsidRPr="00CB0B5D">
        <w:rPr>
          <w:rFonts w:ascii="Nirmala UI" w:hAnsi="Nirmala UI" w:cs="Nirmala UI"/>
          <w:lang w:bidi="ne-NP"/>
        </w:rPr>
        <w:t>?</w:t>
      </w:r>
    </w:p>
    <w:p w14:paraId="758363F0" w14:textId="5D3CCAEC" w:rsidR="00CB0B5D" w:rsidRPr="00CB0B5D" w:rsidRDefault="00CB0B5D" w:rsidP="00CB0B5D">
      <w:p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b/>
          <w:bCs/>
          <w:lang w:bidi="ne-NP"/>
        </w:rPr>
        <w:t xml:space="preserve">3. </w:t>
      </w:r>
      <w:r w:rsidR="003450FF">
        <w:rPr>
          <w:rFonts w:ascii="Nirmala UI" w:hAnsi="Nirmala UI" w:cs="Nirmala UI" w:hint="cs"/>
          <w:b/>
          <w:bCs/>
          <w:cs/>
          <w:lang w:bidi="ne-NP"/>
        </w:rPr>
        <w:t xml:space="preserve">ह्वीलचेयर </w:t>
      </w:r>
      <w:r w:rsidRPr="00CB0B5D">
        <w:rPr>
          <w:rFonts w:ascii="Nirmala UI" w:hAnsi="Nirmala UI" w:cs="Nirmala UI"/>
          <w:b/>
          <w:bCs/>
          <w:cs/>
          <w:lang w:bidi="ne-NP"/>
        </w:rPr>
        <w:t>चलाउने क्षमता</w:t>
      </w:r>
    </w:p>
    <w:p w14:paraId="4C9DEBC4" w14:textId="5FC53E00" w:rsidR="00CB0B5D" w:rsidRPr="00CB0B5D" w:rsidRDefault="00CB0B5D" w:rsidP="00CB0B5D">
      <w:pPr>
        <w:numPr>
          <w:ilvl w:val="0"/>
          <w:numId w:val="20"/>
        </w:num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cs/>
          <w:lang w:bidi="ne-NP"/>
        </w:rPr>
        <w:t>प्रयोगकर्ता आफै</w:t>
      </w:r>
      <w:r w:rsidR="003450FF">
        <w:rPr>
          <w:rFonts w:ascii="Nirmala UI" w:hAnsi="Nirmala UI" w:cs="Nirmala UI" w:hint="cs"/>
          <w:cs/>
          <w:lang w:bidi="ne-NP"/>
        </w:rPr>
        <w:t>ँलै</w:t>
      </w:r>
      <w:r w:rsidRPr="00CB0B5D">
        <w:rPr>
          <w:rFonts w:ascii="Nirmala UI" w:hAnsi="Nirmala UI" w:cs="Nirmala UI"/>
          <w:cs/>
          <w:lang w:bidi="ne-NP"/>
        </w:rPr>
        <w:t xml:space="preserve"> ह्वीलचेयर चलाउन सक्ने</w:t>
      </w:r>
      <w:r w:rsidR="003450FF">
        <w:rPr>
          <w:rFonts w:ascii="Nirmala UI" w:hAnsi="Nirmala UI" w:cs="Nirmala UI" w:hint="cs"/>
          <w:cs/>
          <w:lang w:bidi="ne-NP"/>
        </w:rPr>
        <w:t xml:space="preserve"> क्षमता छ कि अरू कसैले सहयोग गर्नुपर्छ </w:t>
      </w:r>
      <w:r w:rsidRPr="00CB0B5D">
        <w:rPr>
          <w:rFonts w:ascii="Nirmala UI" w:hAnsi="Nirmala UI" w:cs="Nirmala UI"/>
          <w:lang w:bidi="ne-NP"/>
        </w:rPr>
        <w:t>?</w:t>
      </w:r>
    </w:p>
    <w:p w14:paraId="616AA886" w14:textId="712E1DBC" w:rsidR="00CB0B5D" w:rsidRPr="00CB0B5D" w:rsidRDefault="003450FF" w:rsidP="00CB0B5D">
      <w:pPr>
        <w:numPr>
          <w:ilvl w:val="0"/>
          <w:numId w:val="20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>हातको शक्ति कति छ</w:t>
      </w:r>
      <w:r>
        <w:rPr>
          <w:rFonts w:ascii="Nirmala UI" w:hAnsi="Nirmala UI" w:cs="Nirmala UI"/>
          <w:lang w:bidi="ne-NP"/>
        </w:rPr>
        <w:t xml:space="preserve"> ?</w:t>
      </w:r>
      <w:r>
        <w:rPr>
          <w:rFonts w:ascii="Nirmala UI" w:hAnsi="Nirmala UI" w:cs="Nirmala UI" w:hint="cs"/>
          <w:cs/>
          <w:lang w:bidi="ne-NP"/>
        </w:rPr>
        <w:t xml:space="preserve"> </w:t>
      </w:r>
      <w:r>
        <w:rPr>
          <w:rFonts w:ascii="Nirmala UI" w:hAnsi="Nirmala UI" w:cs="Nirmala UI"/>
          <w:lang w:bidi="ne-NP"/>
        </w:rPr>
        <w:t>(</w:t>
      </w:r>
      <w:r>
        <w:rPr>
          <w:rFonts w:ascii="Nirmala UI" w:hAnsi="Nirmala UI" w:cs="Nirmala UI" w:hint="cs"/>
          <w:cs/>
          <w:lang w:bidi="ne-NP"/>
        </w:rPr>
        <w:t>के हातको क्षमता ह्वीलचेयर चलाउनको लागि पर्याप्त छ</w:t>
      </w:r>
      <w:r>
        <w:rPr>
          <w:rFonts w:ascii="Nirmala UI" w:hAnsi="Nirmala UI" w:cs="Nirmala UI"/>
          <w:lang w:bidi="ne-NP"/>
        </w:rPr>
        <w:t>?)</w:t>
      </w:r>
    </w:p>
    <w:p w14:paraId="53D01337" w14:textId="69447C96" w:rsidR="00CB0B5D" w:rsidRPr="00CB0B5D" w:rsidRDefault="003450FF" w:rsidP="00CB0B5D">
      <w:pPr>
        <w:numPr>
          <w:ilvl w:val="0"/>
          <w:numId w:val="20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पावर ह्लिलचेयर चाहिन्छ कि म्यानुअल ह्लीलचेयरले हुन्छ </w:t>
      </w:r>
      <w:r>
        <w:rPr>
          <w:rFonts w:ascii="Nirmala UI" w:hAnsi="Nirmala UI" w:cs="Nirmala UI"/>
          <w:lang w:bidi="ne-NP"/>
        </w:rPr>
        <w:t xml:space="preserve">? </w:t>
      </w:r>
    </w:p>
    <w:p w14:paraId="707E0C74" w14:textId="77777777" w:rsidR="00CB0B5D" w:rsidRPr="00CB0B5D" w:rsidRDefault="00CB0B5D" w:rsidP="00CB0B5D">
      <w:p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b/>
          <w:bCs/>
          <w:lang w:bidi="ne-NP"/>
        </w:rPr>
        <w:t xml:space="preserve">4. </w:t>
      </w:r>
      <w:r w:rsidRPr="00CB0B5D">
        <w:rPr>
          <w:rFonts w:ascii="Nirmala UI" w:hAnsi="Nirmala UI" w:cs="Nirmala UI"/>
          <w:b/>
          <w:bCs/>
          <w:cs/>
          <w:lang w:bidi="ne-NP"/>
        </w:rPr>
        <w:t>वातावरण र जीवनशैली</w:t>
      </w:r>
    </w:p>
    <w:p w14:paraId="2EB0B86D" w14:textId="7E010F98" w:rsidR="00CB0B5D" w:rsidRPr="00CB0B5D" w:rsidRDefault="003F777D" w:rsidP="00CB0B5D">
      <w:pPr>
        <w:numPr>
          <w:ilvl w:val="0"/>
          <w:numId w:val="21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lastRenderedPageBreak/>
        <w:t xml:space="preserve">ह्वीलचेयर प्रयोग गर्नुपर्ने ठाउँ कस्तो छ </w:t>
      </w:r>
      <w:r>
        <w:rPr>
          <w:rFonts w:ascii="Nirmala UI" w:hAnsi="Nirmala UI" w:cs="Nirmala UI"/>
          <w:lang w:bidi="ne-NP"/>
        </w:rPr>
        <w:t>? (</w:t>
      </w:r>
      <w:r>
        <w:rPr>
          <w:rFonts w:ascii="Nirmala UI" w:hAnsi="Nirmala UI" w:cs="Nirmala UI" w:hint="cs"/>
          <w:cs/>
          <w:lang w:bidi="ne-NP"/>
        </w:rPr>
        <w:t>जस्तै भौगोलिक अवस्था, कच्ची वा पक्की बाटो, घर भित्र बाहिरको अवस्था</w:t>
      </w:r>
      <w:r>
        <w:rPr>
          <w:rFonts w:ascii="Nirmala UI" w:hAnsi="Nirmala UI" w:cs="Nirmala UI"/>
          <w:lang w:bidi="ne-NP"/>
        </w:rPr>
        <w:t>)</w:t>
      </w:r>
    </w:p>
    <w:p w14:paraId="4C9FF1DB" w14:textId="009545B8" w:rsidR="00CB0B5D" w:rsidRPr="00CB0B5D" w:rsidRDefault="003F777D" w:rsidP="00CB0B5D">
      <w:pPr>
        <w:numPr>
          <w:ilvl w:val="0"/>
          <w:numId w:val="21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समुदायमा भौतिक पहुँचको अवस्था कस्तो छ </w:t>
      </w:r>
      <w:r w:rsidR="00CB0B5D" w:rsidRPr="00CB0B5D">
        <w:rPr>
          <w:rFonts w:ascii="Nirmala UI" w:hAnsi="Nirmala UI" w:cs="Nirmala UI"/>
          <w:lang w:bidi="ne-NP"/>
        </w:rPr>
        <w:t>?</w:t>
      </w:r>
    </w:p>
    <w:p w14:paraId="2F0E4A9B" w14:textId="194521CA" w:rsidR="00CB0B5D" w:rsidRPr="00CB0B5D" w:rsidRDefault="00CB0B5D" w:rsidP="00CB0B5D">
      <w:pPr>
        <w:numPr>
          <w:ilvl w:val="0"/>
          <w:numId w:val="21"/>
        </w:num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cs/>
          <w:lang w:bidi="ne-NP"/>
        </w:rPr>
        <w:t>प्रयोगकर्ताले कुन गतिविधि दैनिक गर्ने गर्छन्</w:t>
      </w:r>
      <w:r w:rsidRPr="00CB0B5D">
        <w:rPr>
          <w:rFonts w:ascii="Nirmala UI" w:hAnsi="Nirmala UI" w:cs="Nirmala UI"/>
          <w:lang w:bidi="ne-NP"/>
        </w:rPr>
        <w:t>? (</w:t>
      </w:r>
      <w:r w:rsidR="003F777D">
        <w:rPr>
          <w:rFonts w:ascii="Nirmala UI" w:hAnsi="Nirmala UI" w:cs="Nirmala UI" w:hint="cs"/>
          <w:cs/>
          <w:lang w:bidi="ne-NP"/>
        </w:rPr>
        <w:t xml:space="preserve">जस्तै कहिलेकाहीँ सामान्य हिँडडुल मात्र गर्ने, दैनिक विद्यालय वा कलेज जाने, दैनिक काम गर्न आफ्नो कार्यस्थल जाने, खेतिबारी तिर काम गर्न जाने, किनमेल गर्न </w:t>
      </w:r>
      <w:r w:rsidRPr="00CB0B5D">
        <w:rPr>
          <w:rFonts w:ascii="Nirmala UI" w:hAnsi="Nirmala UI" w:cs="Nirmala UI"/>
          <w:cs/>
          <w:lang w:bidi="ne-NP"/>
        </w:rPr>
        <w:t>बजार जाने</w:t>
      </w:r>
      <w:r w:rsidR="003F777D">
        <w:rPr>
          <w:rFonts w:ascii="Nirmala UI" w:hAnsi="Nirmala UI" w:cs="Nirmala UI" w:hint="cs"/>
          <w:cs/>
          <w:lang w:bidi="ne-NP"/>
        </w:rPr>
        <w:t>, खेल खेल्नको लागि प्रयोग गर्ने</w:t>
      </w:r>
      <w:r w:rsidRPr="00CB0B5D">
        <w:rPr>
          <w:rFonts w:ascii="Nirmala UI" w:hAnsi="Nirmala UI" w:cs="Nirmala UI"/>
          <w:cs/>
          <w:lang w:bidi="ne-NP"/>
        </w:rPr>
        <w:t xml:space="preserve"> आदि)</w:t>
      </w:r>
    </w:p>
    <w:p w14:paraId="5250F34D" w14:textId="77777777" w:rsidR="00CB0B5D" w:rsidRPr="00CB0B5D" w:rsidRDefault="00CB0B5D" w:rsidP="00CB0B5D">
      <w:p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b/>
          <w:bCs/>
          <w:lang w:bidi="ne-NP"/>
        </w:rPr>
        <w:t xml:space="preserve">5. </w:t>
      </w:r>
      <w:r w:rsidRPr="00CB0B5D">
        <w:rPr>
          <w:rFonts w:ascii="Nirmala UI" w:hAnsi="Nirmala UI" w:cs="Nirmala UI"/>
          <w:b/>
          <w:bCs/>
          <w:cs/>
          <w:lang w:bidi="ne-NP"/>
        </w:rPr>
        <w:t>आकार मिलाउने (</w:t>
      </w:r>
      <w:r w:rsidRPr="00CB0B5D">
        <w:rPr>
          <w:rFonts w:ascii="Nirmala UI" w:hAnsi="Nirmala UI" w:cs="Nirmala UI"/>
          <w:b/>
          <w:bCs/>
          <w:lang w:bidi="ne-NP"/>
        </w:rPr>
        <w:t>Measurement)</w:t>
      </w:r>
    </w:p>
    <w:p w14:paraId="0692A665" w14:textId="270FF193" w:rsidR="00CB0B5D" w:rsidRPr="00CB0B5D" w:rsidRDefault="003F777D" w:rsidP="00CB0B5D">
      <w:pPr>
        <w:numPr>
          <w:ilvl w:val="0"/>
          <w:numId w:val="22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कम्मरको </w:t>
      </w:r>
      <w:r w:rsidRPr="00CB0B5D">
        <w:rPr>
          <w:rFonts w:ascii="Nirmala UI" w:hAnsi="Nirmala UI" w:cs="Nirmala UI"/>
          <w:cs/>
          <w:lang w:bidi="ne-NP"/>
        </w:rPr>
        <w:t>चौडाइ</w:t>
      </w:r>
      <w:r w:rsidRPr="00CB0B5D">
        <w:rPr>
          <w:rFonts w:ascii="Nirmala UI" w:hAnsi="Nirmala UI" w:cs="Nirmala UI"/>
          <w:lang w:bidi="ne-NP"/>
        </w:rPr>
        <w:t xml:space="preserve"> </w:t>
      </w:r>
      <w:r>
        <w:rPr>
          <w:rFonts w:ascii="Nirmala UI" w:hAnsi="Nirmala UI" w:cs="Nirmala UI"/>
          <w:lang w:bidi="ne-NP"/>
        </w:rPr>
        <w:t>(</w:t>
      </w:r>
      <w:r w:rsidR="00CB0B5D" w:rsidRPr="00CB0B5D">
        <w:rPr>
          <w:rFonts w:ascii="Nirmala UI" w:hAnsi="Nirmala UI" w:cs="Nirmala UI"/>
          <w:lang w:bidi="ne-NP"/>
        </w:rPr>
        <w:t>Hip width</w:t>
      </w:r>
      <w:r>
        <w:rPr>
          <w:rFonts w:ascii="Nirmala UI" w:hAnsi="Nirmala UI" w:cs="Nirmala UI"/>
          <w:lang w:bidi="ne-NP"/>
        </w:rPr>
        <w:t>)</w:t>
      </w:r>
      <w:r w:rsidR="00CB0B5D" w:rsidRPr="00CB0B5D">
        <w:rPr>
          <w:rFonts w:ascii="Nirmala UI" w:hAnsi="Nirmala UI" w:cs="Nirmala UI"/>
          <w:lang w:bidi="ne-NP"/>
        </w:rPr>
        <w:t xml:space="preserve"> </w:t>
      </w:r>
    </w:p>
    <w:p w14:paraId="430626DD" w14:textId="7FB30B06" w:rsidR="00CB0B5D" w:rsidRPr="00CB0B5D" w:rsidRDefault="003F777D" w:rsidP="00CB0B5D">
      <w:pPr>
        <w:numPr>
          <w:ilvl w:val="0"/>
          <w:numId w:val="22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कम्मर देखि घुँडा सम्मकको लम्बाई </w:t>
      </w:r>
      <w:r>
        <w:rPr>
          <w:rFonts w:ascii="Nirmala UI" w:hAnsi="Nirmala UI" w:cs="Nirmala UI"/>
          <w:lang w:bidi="ne-NP"/>
        </w:rPr>
        <w:t>(</w:t>
      </w:r>
      <w:r w:rsidR="00CB0B5D" w:rsidRPr="00CB0B5D">
        <w:rPr>
          <w:rFonts w:ascii="Nirmala UI" w:hAnsi="Nirmala UI" w:cs="Nirmala UI"/>
          <w:lang w:bidi="ne-NP"/>
        </w:rPr>
        <w:t>Seat depth</w:t>
      </w:r>
      <w:r>
        <w:rPr>
          <w:rFonts w:ascii="Nirmala UI" w:hAnsi="Nirmala UI" w:cs="Nirmala UI"/>
          <w:lang w:bidi="ne-NP"/>
        </w:rPr>
        <w:t>)</w:t>
      </w:r>
      <w:r w:rsidR="00CB0B5D" w:rsidRPr="00CB0B5D">
        <w:rPr>
          <w:rFonts w:ascii="Nirmala UI" w:hAnsi="Nirmala UI" w:cs="Nirmala UI"/>
          <w:lang w:bidi="ne-NP"/>
        </w:rPr>
        <w:t xml:space="preserve"> </w:t>
      </w:r>
    </w:p>
    <w:p w14:paraId="5E0DD2A3" w14:textId="31951E46" w:rsidR="00CB0B5D" w:rsidRPr="00CB0B5D" w:rsidRDefault="003F777D" w:rsidP="00CB0B5D">
      <w:pPr>
        <w:numPr>
          <w:ilvl w:val="0"/>
          <w:numId w:val="22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कम्मर देखि काँध र टाउको सम्मको उचाई र आवश्यक सपोर्ट </w:t>
      </w:r>
      <w:r>
        <w:rPr>
          <w:rFonts w:ascii="Nirmala UI" w:hAnsi="Nirmala UI" w:cs="Nirmala UI"/>
          <w:lang w:bidi="ne-NP"/>
        </w:rPr>
        <w:t>(</w:t>
      </w:r>
      <w:r w:rsidR="00CB0B5D" w:rsidRPr="00CB0B5D">
        <w:rPr>
          <w:rFonts w:ascii="Nirmala UI" w:hAnsi="Nirmala UI" w:cs="Nirmala UI"/>
          <w:lang w:bidi="ne-NP"/>
        </w:rPr>
        <w:t>Back height</w:t>
      </w:r>
      <w:r>
        <w:rPr>
          <w:rFonts w:ascii="Nirmala UI" w:hAnsi="Nirmala UI" w:cs="Nirmala UI" w:hint="cs"/>
          <w:cs/>
          <w:lang w:bidi="ne-NP"/>
        </w:rPr>
        <w:t xml:space="preserve"> </w:t>
      </w:r>
      <w:r>
        <w:rPr>
          <w:rFonts w:ascii="Nirmala UI" w:hAnsi="Nirmala UI" w:cs="Nirmala UI"/>
          <w:lang w:bidi="ne-NP"/>
        </w:rPr>
        <w:t>and Support)</w:t>
      </w:r>
    </w:p>
    <w:p w14:paraId="535695B3" w14:textId="4D305822" w:rsidR="00CB0B5D" w:rsidRPr="00CB0B5D" w:rsidRDefault="003F777D" w:rsidP="00CB0B5D">
      <w:pPr>
        <w:numPr>
          <w:ilvl w:val="0"/>
          <w:numId w:val="22"/>
        </w:num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cs/>
          <w:lang w:bidi="ne-NP"/>
        </w:rPr>
        <w:t xml:space="preserve">खुट्टा </w:t>
      </w:r>
      <w:r>
        <w:rPr>
          <w:rFonts w:ascii="Nirmala UI" w:hAnsi="Nirmala UI" w:cs="Nirmala UI" w:hint="cs"/>
          <w:cs/>
          <w:lang w:bidi="ne-NP"/>
        </w:rPr>
        <w:t>राख्ने ठाउँको</w:t>
      </w:r>
      <w:r w:rsidR="00826614">
        <w:rPr>
          <w:rFonts w:ascii="Nirmala UI" w:hAnsi="Nirmala UI" w:cs="Nirmala UI" w:hint="cs"/>
          <w:cs/>
          <w:lang w:bidi="ne-NP"/>
        </w:rPr>
        <w:t xml:space="preserve"> उचाई</w:t>
      </w:r>
      <w:r>
        <w:rPr>
          <w:rFonts w:ascii="Nirmala UI" w:hAnsi="Nirmala UI" w:cs="Nirmala UI" w:hint="cs"/>
          <w:cs/>
          <w:lang w:bidi="ne-NP"/>
        </w:rPr>
        <w:t xml:space="preserve"> </w:t>
      </w:r>
      <w:r>
        <w:rPr>
          <w:rFonts w:ascii="Nirmala UI" w:hAnsi="Nirmala UI" w:cs="Nirmala UI"/>
          <w:lang w:bidi="ne-NP"/>
        </w:rPr>
        <w:t>(</w:t>
      </w:r>
      <w:r w:rsidR="00CB0B5D" w:rsidRPr="00CB0B5D">
        <w:rPr>
          <w:rFonts w:ascii="Nirmala UI" w:hAnsi="Nirmala UI" w:cs="Nirmala UI"/>
          <w:lang w:bidi="ne-NP"/>
        </w:rPr>
        <w:t>Foot rest height</w:t>
      </w:r>
      <w:r>
        <w:rPr>
          <w:rFonts w:ascii="Nirmala UI" w:hAnsi="Nirmala UI" w:cs="Nirmala UI"/>
          <w:lang w:bidi="ne-NP"/>
        </w:rPr>
        <w:t>)</w:t>
      </w:r>
      <w:r w:rsidR="00CB0B5D" w:rsidRPr="00CB0B5D">
        <w:rPr>
          <w:rFonts w:ascii="Nirmala UI" w:hAnsi="Nirmala UI" w:cs="Nirmala UI"/>
          <w:lang w:bidi="ne-NP"/>
        </w:rPr>
        <w:t xml:space="preserve"> </w:t>
      </w:r>
    </w:p>
    <w:p w14:paraId="3BB9CFBD" w14:textId="3101697A" w:rsidR="00CB0B5D" w:rsidRPr="00CB0B5D" w:rsidRDefault="00826614" w:rsidP="00CB0B5D">
      <w:pPr>
        <w:numPr>
          <w:ilvl w:val="0"/>
          <w:numId w:val="22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हात राख्ने ठाउँको उचाई </w:t>
      </w:r>
      <w:r>
        <w:rPr>
          <w:rFonts w:ascii="Nirmala UI" w:hAnsi="Nirmala UI" w:cs="Nirmala UI"/>
          <w:lang w:bidi="ne-NP"/>
        </w:rPr>
        <w:t>(</w:t>
      </w:r>
      <w:r w:rsidR="00CB0B5D" w:rsidRPr="00CB0B5D">
        <w:rPr>
          <w:rFonts w:ascii="Nirmala UI" w:hAnsi="Nirmala UI" w:cs="Nirmala UI"/>
          <w:lang w:bidi="ne-NP"/>
        </w:rPr>
        <w:t>Armrest height</w:t>
      </w:r>
      <w:r>
        <w:rPr>
          <w:rFonts w:ascii="Nirmala UI" w:hAnsi="Nirmala UI" w:cs="Nirmala UI"/>
          <w:lang w:bidi="ne-NP"/>
        </w:rPr>
        <w:t xml:space="preserve">) </w:t>
      </w:r>
      <w:r w:rsidR="00CB0B5D" w:rsidRPr="00CB0B5D">
        <w:rPr>
          <w:rFonts w:ascii="Nirmala UI" w:hAnsi="Nirmala UI" w:cs="Nirmala UI"/>
          <w:lang w:bidi="ne-NP"/>
        </w:rPr>
        <w:t xml:space="preserve"> </w:t>
      </w:r>
    </w:p>
    <w:p w14:paraId="62636C16" w14:textId="77777777" w:rsidR="00CB0B5D" w:rsidRPr="00CB0B5D" w:rsidRDefault="00CB0B5D" w:rsidP="00CB0B5D">
      <w:p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b/>
          <w:bCs/>
          <w:lang w:bidi="ne-NP"/>
        </w:rPr>
        <w:t xml:space="preserve">6. </w:t>
      </w:r>
      <w:r w:rsidRPr="00CB0B5D">
        <w:rPr>
          <w:rFonts w:ascii="Nirmala UI" w:hAnsi="Nirmala UI" w:cs="Nirmala UI"/>
          <w:b/>
          <w:bCs/>
          <w:cs/>
          <w:lang w:bidi="ne-NP"/>
        </w:rPr>
        <w:t>सुरक्षा र आराम</w:t>
      </w:r>
    </w:p>
    <w:p w14:paraId="1B366D73" w14:textId="2C1EA1EE" w:rsidR="00CB0B5D" w:rsidRPr="00CB0B5D" w:rsidRDefault="00826614" w:rsidP="00CB0B5D">
      <w:pPr>
        <w:numPr>
          <w:ilvl w:val="0"/>
          <w:numId w:val="23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>छाला र मांसपेशीमा पर्ने दवाव</w:t>
      </w:r>
      <w:r>
        <w:rPr>
          <w:rFonts w:ascii="Nirmala UI" w:hAnsi="Nirmala UI" w:cs="Nirmala UI"/>
          <w:lang w:bidi="ne-NP"/>
        </w:rPr>
        <w:t xml:space="preserve"> </w:t>
      </w:r>
      <w:r>
        <w:rPr>
          <w:rFonts w:ascii="Nirmala UI" w:hAnsi="Nirmala UI" w:cs="Nirmala UI" w:hint="cs"/>
          <w:cs/>
          <w:lang w:bidi="ne-NP"/>
        </w:rPr>
        <w:t xml:space="preserve">बाट हुने घाउ </w:t>
      </w:r>
      <w:r>
        <w:rPr>
          <w:rFonts w:ascii="Nirmala UI" w:hAnsi="Nirmala UI" w:cs="Nirmala UI"/>
          <w:lang w:bidi="ne-NP"/>
        </w:rPr>
        <w:t>(</w:t>
      </w:r>
      <w:r w:rsidR="00CB0B5D" w:rsidRPr="00CB0B5D">
        <w:rPr>
          <w:rFonts w:ascii="Nirmala UI" w:hAnsi="Nirmala UI" w:cs="Nirmala UI"/>
          <w:lang w:bidi="ne-NP"/>
        </w:rPr>
        <w:t>Pressure sores</w:t>
      </w:r>
      <w:r>
        <w:rPr>
          <w:rFonts w:ascii="Nirmala UI" w:hAnsi="Nirmala UI" w:cs="Nirmala UI"/>
          <w:lang w:bidi="ne-NP"/>
        </w:rPr>
        <w:t>)</w:t>
      </w:r>
      <w:r w:rsidR="00CB0B5D" w:rsidRPr="00CB0B5D">
        <w:rPr>
          <w:rFonts w:ascii="Nirmala UI" w:hAnsi="Nirmala UI" w:cs="Nirmala UI"/>
          <w:lang w:bidi="ne-NP"/>
        </w:rPr>
        <w:t xml:space="preserve"> </w:t>
      </w:r>
      <w:r w:rsidR="00CB0B5D" w:rsidRPr="00CB0B5D">
        <w:rPr>
          <w:rFonts w:ascii="Nirmala UI" w:hAnsi="Nirmala UI" w:cs="Nirmala UI"/>
          <w:cs/>
          <w:lang w:bidi="ne-NP"/>
        </w:rPr>
        <w:t xml:space="preserve">हुन नदिन </w:t>
      </w:r>
      <w:r>
        <w:rPr>
          <w:rFonts w:ascii="Nirmala UI" w:hAnsi="Nirmala UI" w:cs="Nirmala UI" w:hint="cs"/>
          <w:cs/>
          <w:lang w:bidi="ne-NP"/>
        </w:rPr>
        <w:t xml:space="preserve">उपयुक्त </w:t>
      </w:r>
      <w:r w:rsidR="00CB0B5D" w:rsidRPr="00CB0B5D">
        <w:rPr>
          <w:rFonts w:ascii="Nirmala UI" w:hAnsi="Nirmala UI" w:cs="Nirmala UI"/>
          <w:cs/>
          <w:lang w:bidi="ne-NP"/>
        </w:rPr>
        <w:t>कुसनको छनोट</w:t>
      </w:r>
    </w:p>
    <w:p w14:paraId="12118602" w14:textId="7480C542" w:rsidR="00CB0B5D" w:rsidRPr="00CB0B5D" w:rsidRDefault="00826614" w:rsidP="00CB0B5D">
      <w:pPr>
        <w:numPr>
          <w:ilvl w:val="0"/>
          <w:numId w:val="23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ह्लीलचेयरको ब्रेकको अवस्था </w:t>
      </w:r>
    </w:p>
    <w:p w14:paraId="454EBB2A" w14:textId="135F7993" w:rsidR="00CB0B5D" w:rsidRPr="00CB0B5D" w:rsidRDefault="00CB0B5D" w:rsidP="00CB0B5D">
      <w:pPr>
        <w:numPr>
          <w:ilvl w:val="0"/>
          <w:numId w:val="23"/>
        </w:num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cs/>
          <w:lang w:bidi="ne-NP"/>
        </w:rPr>
        <w:t>ह्वीलचेयर</w:t>
      </w:r>
      <w:r w:rsidR="00826614">
        <w:rPr>
          <w:rFonts w:ascii="Nirmala UI" w:hAnsi="Nirmala UI" w:cs="Nirmala UI" w:hint="cs"/>
          <w:cs/>
          <w:lang w:bidi="ne-NP"/>
        </w:rPr>
        <w:t xml:space="preserve">को वजन </w:t>
      </w:r>
    </w:p>
    <w:p w14:paraId="786F1C30" w14:textId="78C9B748" w:rsidR="00CB0B5D" w:rsidRPr="00CB0B5D" w:rsidRDefault="00826614" w:rsidP="00CB0B5D">
      <w:pPr>
        <w:numPr>
          <w:ilvl w:val="0"/>
          <w:numId w:val="23"/>
        </w:num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ह्वीलचेयरबाट शरीर बाहिर फुत्कने र अगाडी ढल्ने जोखिम </w:t>
      </w:r>
      <w:r>
        <w:rPr>
          <w:rFonts w:ascii="Nirmala UI" w:hAnsi="Nirmala UI" w:cs="Nirmala UI"/>
          <w:lang w:bidi="ne-NP"/>
        </w:rPr>
        <w:t>(</w:t>
      </w:r>
      <w:r w:rsidR="00CB0B5D" w:rsidRPr="00CB0B5D">
        <w:rPr>
          <w:rFonts w:ascii="Nirmala UI" w:hAnsi="Nirmala UI" w:cs="Nirmala UI"/>
          <w:lang w:bidi="ne-NP"/>
        </w:rPr>
        <w:t>Spill risk, tip-over risk</w:t>
      </w:r>
      <w:r>
        <w:rPr>
          <w:rFonts w:ascii="Nirmala UI" w:hAnsi="Nirmala UI" w:cs="Nirmala UI"/>
          <w:lang w:bidi="ne-NP"/>
        </w:rPr>
        <w:t>)</w:t>
      </w:r>
    </w:p>
    <w:p w14:paraId="599946C9" w14:textId="77777777" w:rsidR="00CB0B5D" w:rsidRPr="00CB0B5D" w:rsidRDefault="00CB0B5D" w:rsidP="00CB0B5D">
      <w:p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b/>
          <w:bCs/>
          <w:lang w:bidi="ne-NP"/>
        </w:rPr>
        <w:t xml:space="preserve">7. </w:t>
      </w:r>
      <w:r w:rsidRPr="00CB0B5D">
        <w:rPr>
          <w:rFonts w:ascii="Nirmala UI" w:hAnsi="Nirmala UI" w:cs="Nirmala UI"/>
          <w:b/>
          <w:bCs/>
          <w:cs/>
          <w:lang w:bidi="ne-NP"/>
        </w:rPr>
        <w:t>व्यक्तिगत रोजाइ र सम्मान</w:t>
      </w:r>
    </w:p>
    <w:p w14:paraId="18DEBDBB" w14:textId="5255EEC0" w:rsidR="00CB0B5D" w:rsidRPr="00442589" w:rsidRDefault="00CB0B5D" w:rsidP="00CB0B5D">
      <w:pPr>
        <w:numPr>
          <w:ilvl w:val="0"/>
          <w:numId w:val="24"/>
        </w:numPr>
        <w:rPr>
          <w:rFonts w:ascii="Nirmala UI" w:hAnsi="Nirmala UI" w:cs="Nirmala UI"/>
          <w:lang w:bidi="ne-NP"/>
        </w:rPr>
      </w:pPr>
      <w:r w:rsidRPr="00442589">
        <w:rPr>
          <w:rFonts w:ascii="Nirmala UI" w:hAnsi="Nirmala UI" w:cs="Nirmala UI"/>
          <w:cs/>
          <w:lang w:bidi="ne-NP"/>
        </w:rPr>
        <w:t>प्रयोगकर्ताको आफ्नै इच्छा र रुचि</w:t>
      </w:r>
      <w:r w:rsidR="00442589" w:rsidRPr="00442589">
        <w:rPr>
          <w:rFonts w:ascii="Nirmala UI" w:hAnsi="Nirmala UI" w:cs="Nirmala UI"/>
          <w:lang w:bidi="ne-NP"/>
        </w:rPr>
        <w:t xml:space="preserve">: </w:t>
      </w:r>
      <w:r w:rsidR="00442589">
        <w:rPr>
          <w:rFonts w:ascii="Nirmala UI" w:hAnsi="Nirmala UI" w:cs="Nirmala UI" w:hint="cs"/>
          <w:cs/>
          <w:lang w:bidi="ne-NP"/>
        </w:rPr>
        <w:t xml:space="preserve">जस्तै </w:t>
      </w:r>
      <w:r w:rsidRPr="00442589">
        <w:rPr>
          <w:rFonts w:ascii="Nirmala UI" w:hAnsi="Nirmala UI" w:cs="Nirmala UI"/>
          <w:cs/>
          <w:lang w:bidi="ne-NP"/>
        </w:rPr>
        <w:t>रंग</w:t>
      </w:r>
      <w:r w:rsidRPr="00442589">
        <w:rPr>
          <w:rFonts w:ascii="Nirmala UI" w:hAnsi="Nirmala UI" w:cs="Nirmala UI"/>
          <w:lang w:bidi="ne-NP"/>
        </w:rPr>
        <w:t xml:space="preserve">, </w:t>
      </w:r>
      <w:r w:rsidRPr="00442589">
        <w:rPr>
          <w:rFonts w:ascii="Nirmala UI" w:hAnsi="Nirmala UI" w:cs="Nirmala UI"/>
          <w:cs/>
          <w:lang w:bidi="ne-NP"/>
        </w:rPr>
        <w:t>मोडेल</w:t>
      </w:r>
      <w:r w:rsidRPr="00442589">
        <w:rPr>
          <w:rFonts w:ascii="Nirmala UI" w:hAnsi="Nirmala UI" w:cs="Nirmala UI"/>
          <w:lang w:bidi="ne-NP"/>
        </w:rPr>
        <w:t xml:space="preserve">, </w:t>
      </w:r>
      <w:r w:rsidRPr="00442589">
        <w:rPr>
          <w:rFonts w:ascii="Nirmala UI" w:hAnsi="Nirmala UI" w:cs="Nirmala UI"/>
          <w:cs/>
          <w:lang w:bidi="ne-NP"/>
        </w:rPr>
        <w:t>चलाउन सजिलो</w:t>
      </w:r>
      <w:r w:rsidR="00826614" w:rsidRPr="00442589">
        <w:rPr>
          <w:rFonts w:ascii="Nirmala UI" w:hAnsi="Nirmala UI" w:cs="Nirmala UI" w:hint="cs"/>
          <w:cs/>
          <w:lang w:bidi="ne-NP"/>
        </w:rPr>
        <w:t xml:space="preserve"> र व्यक्तिगत</w:t>
      </w:r>
      <w:r w:rsidRPr="00442589">
        <w:rPr>
          <w:rFonts w:ascii="Nirmala UI" w:hAnsi="Nirmala UI" w:cs="Nirmala UI"/>
          <w:cs/>
          <w:lang w:bidi="ne-NP"/>
        </w:rPr>
        <w:t xml:space="preserve"> अनुभव</w:t>
      </w:r>
    </w:p>
    <w:p w14:paraId="0E3C478D" w14:textId="71401585" w:rsidR="00CB0B5D" w:rsidRPr="00131F39" w:rsidRDefault="00CB0B5D" w:rsidP="00F76B04">
      <w:pPr>
        <w:numPr>
          <w:ilvl w:val="0"/>
          <w:numId w:val="24"/>
        </w:numPr>
        <w:rPr>
          <w:rFonts w:ascii="Nirmala UI" w:hAnsi="Nirmala UI" w:cs="Nirmala UI"/>
          <w:lang w:bidi="ne-NP"/>
        </w:rPr>
      </w:pPr>
      <w:r w:rsidRPr="00CB0B5D">
        <w:rPr>
          <w:rFonts w:ascii="Nirmala UI" w:hAnsi="Nirmala UI" w:cs="Nirmala UI"/>
          <w:cs/>
          <w:lang w:bidi="ne-NP"/>
        </w:rPr>
        <w:t>संस्कृतिक/सामाजिक सहजता (सबैको अगाडि प्रयोग गर्न सहज महसुस</w:t>
      </w:r>
      <w:r w:rsidR="00826614">
        <w:rPr>
          <w:rFonts w:ascii="Nirmala UI" w:hAnsi="Nirmala UI" w:cs="Nirmala UI" w:hint="cs"/>
          <w:cs/>
          <w:lang w:bidi="ne-NP"/>
        </w:rPr>
        <w:t xml:space="preserve"> हुने, प्रयोग गर्दा आत्मविश्वास बढ्ने</w:t>
      </w:r>
      <w:r w:rsidR="00826614">
        <w:rPr>
          <w:rFonts w:ascii="Nirmala UI" w:hAnsi="Nirmala UI" w:cs="Nirmala UI"/>
          <w:lang w:bidi="ne-NP"/>
        </w:rPr>
        <w:t xml:space="preserve">) </w:t>
      </w:r>
    </w:p>
    <w:p w14:paraId="5E76199B" w14:textId="22C2342D" w:rsidR="00E91723" w:rsidRPr="00826614" w:rsidRDefault="00E91723" w:rsidP="00F76B04">
      <w:pPr>
        <w:rPr>
          <w:rFonts w:ascii="Nirmala UI" w:hAnsi="Nirmala UI" w:cs="Nirmala UI"/>
          <w:b/>
          <w:bCs/>
          <w:lang w:bidi="hi-IN"/>
        </w:rPr>
      </w:pPr>
      <w:r>
        <w:rPr>
          <w:rFonts w:ascii="Nirmala UI" w:hAnsi="Nirmala UI" w:cs="Nirmala UI" w:hint="cs"/>
          <w:b/>
          <w:bCs/>
          <w:cs/>
          <w:lang w:bidi="hi-IN"/>
        </w:rPr>
        <w:t>३</w:t>
      </w:r>
      <w:r>
        <w:rPr>
          <w:rFonts w:ascii="Nirmala UI" w:hAnsi="Nirmala UI" w:cs="Nirmala UI"/>
          <w:b/>
          <w:bCs/>
          <w:lang w:bidi="hi-IN"/>
        </w:rPr>
        <w:t xml:space="preserve">. </w:t>
      </w:r>
      <w:r w:rsidR="00826614">
        <w:rPr>
          <w:rFonts w:ascii="Nirmala UI" w:hAnsi="Nirmala UI" w:cs="Nirmala UI" w:hint="cs"/>
          <w:b/>
          <w:bCs/>
          <w:cs/>
          <w:lang w:bidi="ne-NP"/>
        </w:rPr>
        <w:t>नेपालमा धेरैजसो</w:t>
      </w:r>
      <w:r w:rsidR="00D30BB9">
        <w:rPr>
          <w:rFonts w:ascii="Nirmala UI" w:hAnsi="Nirmala UI" w:cs="Nirmala UI"/>
          <w:b/>
          <w:bCs/>
          <w:lang w:bidi="ne-NP"/>
        </w:rPr>
        <w:t xml:space="preserve"> </w:t>
      </w:r>
      <w:r w:rsidR="00D30BB9">
        <w:rPr>
          <w:rFonts w:ascii="Nirmala UI" w:hAnsi="Nirmala UI" w:cs="Nirmala UI" w:hint="cs"/>
          <w:b/>
          <w:bCs/>
          <w:cs/>
          <w:lang w:bidi="ne-NP"/>
        </w:rPr>
        <w:t>कसले</w:t>
      </w:r>
      <w:r w:rsidR="00826614">
        <w:rPr>
          <w:rFonts w:ascii="Nirmala UI" w:hAnsi="Nirmala UI" w:cs="Nirmala UI" w:hint="cs"/>
          <w:b/>
          <w:bCs/>
          <w:cs/>
          <w:lang w:bidi="ne-NP"/>
        </w:rPr>
        <w:t xml:space="preserve"> ह्वीलचेयर प्रयोग</w:t>
      </w:r>
      <w:r w:rsidR="00D30BB9">
        <w:rPr>
          <w:rFonts w:ascii="Nirmala UI" w:hAnsi="Nirmala UI" w:cs="Nirmala UI" w:hint="cs"/>
          <w:b/>
          <w:bCs/>
          <w:cs/>
          <w:lang w:bidi="ne-NP"/>
        </w:rPr>
        <w:t xml:space="preserve"> गर्छन </w:t>
      </w:r>
      <w:r w:rsidR="00D30BB9">
        <w:rPr>
          <w:rFonts w:ascii="Nirmala UI" w:hAnsi="Nirmala UI" w:cs="Nirmala UI"/>
          <w:b/>
          <w:bCs/>
          <w:lang w:bidi="ne-NP"/>
        </w:rPr>
        <w:t xml:space="preserve">? </w:t>
      </w:r>
      <w:r w:rsidR="00826614">
        <w:rPr>
          <w:rFonts w:ascii="Nirmala UI" w:hAnsi="Nirmala UI" w:cs="Nirmala UI" w:hint="cs"/>
          <w:b/>
          <w:bCs/>
          <w:cs/>
          <w:lang w:bidi="ne-NP"/>
        </w:rPr>
        <w:t xml:space="preserve"> </w:t>
      </w:r>
      <w:r>
        <w:rPr>
          <w:rFonts w:ascii="Nirmala UI" w:hAnsi="Nirmala UI" w:cs="Nirmala UI" w:hint="cs"/>
          <w:cs/>
          <w:lang w:bidi="hi-IN"/>
        </w:rPr>
        <w:t xml:space="preserve"> </w:t>
      </w:r>
      <w:r w:rsidRPr="00E91723">
        <w:rPr>
          <w:rFonts w:ascii="Nirmala UI" w:hAnsi="Nirmala UI" w:cs="Nirmala UI" w:hint="cs"/>
          <w:cs/>
          <w:lang w:bidi="hi-IN"/>
        </w:rPr>
        <w:t xml:space="preserve"> </w:t>
      </w:r>
      <w:r w:rsidRPr="00E91723">
        <w:rPr>
          <w:rFonts w:ascii="Nirmala UI" w:hAnsi="Nirmala UI" w:cs="Nirmala UI"/>
          <w:lang w:bidi="hi-IN"/>
        </w:rPr>
        <w:t xml:space="preserve"> </w:t>
      </w:r>
    </w:p>
    <w:p w14:paraId="0A4471FE" w14:textId="02E2C782" w:rsidR="000734DA" w:rsidRPr="001336EE" w:rsidRDefault="00E91723" w:rsidP="00F76B04">
      <w:pPr>
        <w:rPr>
          <w:rFonts w:ascii="Nirmala UI" w:hAnsi="Nirmala UI" w:cs="Nirmala UI"/>
          <w:lang w:bidi="hi-IN"/>
        </w:rPr>
      </w:pPr>
      <w:r>
        <w:rPr>
          <w:rFonts w:ascii="Nirmala UI" w:hAnsi="Nirmala UI" w:cs="Nirmala UI" w:hint="cs"/>
          <w:cs/>
          <w:lang w:bidi="hi-IN"/>
        </w:rPr>
        <w:t xml:space="preserve"> </w:t>
      </w:r>
      <w:r w:rsidR="00C35CA2">
        <w:rPr>
          <w:rFonts w:ascii="Nirmala UI" w:hAnsi="Nirmala UI" w:cs="Nirmala UI" w:hint="cs"/>
          <w:cs/>
          <w:lang w:bidi="hi-IN"/>
        </w:rPr>
        <w:t xml:space="preserve">सामान्यतया ह्वीलचेयर यसको आवश्यता पर्ने सबैले स्थायी वा अस्थायी रूपमा, लामो समयको लागि वा छोटो समयको लागि प्रयोग गर्छन । नेपालमा अक्सर ह्विलचेयर प्रयोगकर्ताहरूलाई यसको निकै अभाव हुनेगर्छ । आवश्यक पर्नेहरूले पनि सबैले ह्लीलचेयर पाएका छैनन । नेपालमा </w:t>
      </w:r>
      <w:r w:rsidR="000734DA" w:rsidRPr="001336EE">
        <w:rPr>
          <w:rFonts w:ascii="Nirmala UI" w:hAnsi="Nirmala UI" w:cs="Nirmala UI"/>
          <w:cs/>
          <w:lang w:bidi="hi-IN"/>
        </w:rPr>
        <w:t>अपाङ्गता</w:t>
      </w:r>
      <w:r w:rsidR="00C35CA2">
        <w:rPr>
          <w:rFonts w:ascii="Nirmala UI" w:hAnsi="Nirmala UI" w:cs="Nirmala UI" w:hint="cs"/>
          <w:cs/>
          <w:lang w:bidi="hi-IN"/>
        </w:rPr>
        <w:t xml:space="preserve"> भएका व्यक्ति</w:t>
      </w:r>
      <w:r w:rsidR="00960BBD" w:rsidRPr="001336EE">
        <w:rPr>
          <w:rFonts w:ascii="Nirmala UI" w:hAnsi="Nirmala UI" w:cs="Nirmala UI"/>
          <w:cs/>
          <w:lang w:bidi="hi-IN"/>
        </w:rPr>
        <w:t>भि</w:t>
      </w:r>
      <w:r w:rsidR="000734DA" w:rsidRPr="001336EE">
        <w:rPr>
          <w:rFonts w:ascii="Nirmala UI" w:hAnsi="Nirmala UI" w:cs="Nirmala UI"/>
          <w:cs/>
          <w:lang w:bidi="hi-IN"/>
        </w:rPr>
        <w:t xml:space="preserve">त्र पनि विशेषगरी निम्न </w:t>
      </w:r>
      <w:r w:rsidR="00C35CA2">
        <w:rPr>
          <w:rFonts w:ascii="Nirmala UI" w:hAnsi="Nirmala UI" w:cs="Nirmala UI" w:hint="cs"/>
          <w:cs/>
          <w:lang w:bidi="hi-IN"/>
        </w:rPr>
        <w:t xml:space="preserve">समुहका </w:t>
      </w:r>
      <w:r w:rsidR="000734DA" w:rsidRPr="001336EE">
        <w:rPr>
          <w:rFonts w:ascii="Nirmala UI" w:hAnsi="Nirmala UI" w:cs="Nirmala UI"/>
          <w:cs/>
          <w:lang w:bidi="hi-IN"/>
        </w:rPr>
        <w:t>व्यक्तिहरुलाई ह्विलचेयर</w:t>
      </w:r>
      <w:r w:rsidR="00C35CA2">
        <w:rPr>
          <w:rFonts w:ascii="Nirmala UI" w:hAnsi="Nirmala UI" w:cs="Nirmala UI" w:hint="cs"/>
          <w:cs/>
          <w:lang w:bidi="hi-IN"/>
        </w:rPr>
        <w:t xml:space="preserve"> निकै आवश्यक पर्नेगरेको छ ।  </w:t>
      </w:r>
    </w:p>
    <w:p w14:paraId="39771416" w14:textId="6AABD1BE" w:rsidR="00001BF5" w:rsidRPr="001336EE" w:rsidRDefault="00000000" w:rsidP="00307BA6">
      <w:pPr>
        <w:pStyle w:val="ListParagraph"/>
        <w:numPr>
          <w:ilvl w:val="0"/>
          <w:numId w:val="12"/>
        </w:numPr>
        <w:rPr>
          <w:rFonts w:ascii="Nirmala UI" w:hAnsi="Nirmala UI" w:cs="Nirmala UI"/>
        </w:rPr>
      </w:pPr>
      <w:r w:rsidRPr="001336EE">
        <w:rPr>
          <w:rFonts w:ascii="Nirmala UI" w:hAnsi="Nirmala UI" w:cs="Nirmala UI"/>
        </w:rPr>
        <w:lastRenderedPageBreak/>
        <w:t>मेरुदण्ड (Spinal cord) चोट</w:t>
      </w:r>
      <w:r w:rsidR="00352877" w:rsidRPr="001336EE">
        <w:rPr>
          <w:rFonts w:ascii="Nirmala UI" w:hAnsi="Nirmala UI" w:cs="Nirmala UI"/>
          <w:cs/>
          <w:lang w:bidi="ne-NP"/>
        </w:rPr>
        <w:t xml:space="preserve"> लागेको</w:t>
      </w:r>
      <w:r w:rsidRPr="001336EE">
        <w:rPr>
          <w:rFonts w:ascii="Nirmala UI" w:hAnsi="Nirmala UI" w:cs="Nirmala UI"/>
        </w:rPr>
        <w:t xml:space="preserve"> व्यक्ति</w:t>
      </w:r>
    </w:p>
    <w:p w14:paraId="284A5D8B" w14:textId="2B3FC325" w:rsidR="00001BF5" w:rsidRPr="001336EE" w:rsidRDefault="00000000" w:rsidP="00307BA6">
      <w:pPr>
        <w:pStyle w:val="ListParagraph"/>
        <w:numPr>
          <w:ilvl w:val="0"/>
          <w:numId w:val="12"/>
        </w:numPr>
        <w:rPr>
          <w:rFonts w:ascii="Nirmala UI" w:hAnsi="Nirmala UI" w:cs="Nirmala UI"/>
        </w:rPr>
      </w:pPr>
      <w:r w:rsidRPr="001336EE">
        <w:rPr>
          <w:rFonts w:ascii="Nirmala UI" w:hAnsi="Nirmala UI" w:cs="Nirmala UI"/>
        </w:rPr>
        <w:t xml:space="preserve">मांसपेशी वा स्नायु सम्बन्धी </w:t>
      </w:r>
      <w:r w:rsidR="00C35CA2">
        <w:rPr>
          <w:rFonts w:ascii="Nirmala UI" w:hAnsi="Nirmala UI" w:cs="Nirmala UI" w:hint="cs"/>
          <w:cs/>
          <w:lang w:bidi="ne-NP"/>
        </w:rPr>
        <w:t xml:space="preserve">समस्या वा कार्यगत सिमितता </w:t>
      </w:r>
      <w:r w:rsidR="00C35CA2">
        <w:rPr>
          <w:rFonts w:ascii="Nirmala UI" w:hAnsi="Nirmala UI" w:cs="Nirmala UI"/>
          <w:lang w:bidi="ne-NP"/>
        </w:rPr>
        <w:t>(Functional limitation)</w:t>
      </w:r>
      <w:r w:rsidRPr="001336EE">
        <w:rPr>
          <w:rFonts w:ascii="Nirmala UI" w:hAnsi="Nirmala UI" w:cs="Nirmala UI"/>
        </w:rPr>
        <w:t xml:space="preserve"> भएका व्यक्ति</w:t>
      </w:r>
      <w:r w:rsidR="00C35CA2">
        <w:rPr>
          <w:rFonts w:ascii="Nirmala UI" w:hAnsi="Nirmala UI" w:cs="Nirmala UI"/>
        </w:rPr>
        <w:t xml:space="preserve"> </w:t>
      </w:r>
      <w:r w:rsidR="00C35CA2">
        <w:rPr>
          <w:rFonts w:ascii="Nirmala UI" w:hAnsi="Nirmala UI" w:cs="Nirmala UI" w:hint="cs"/>
          <w:cs/>
          <w:lang w:bidi="ne-NP"/>
        </w:rPr>
        <w:t>।</w:t>
      </w:r>
    </w:p>
    <w:p w14:paraId="47F37743" w14:textId="2E9A417A" w:rsidR="00001BF5" w:rsidRPr="001336EE" w:rsidRDefault="00000000" w:rsidP="00307BA6">
      <w:pPr>
        <w:pStyle w:val="ListParagraph"/>
        <w:numPr>
          <w:ilvl w:val="0"/>
          <w:numId w:val="12"/>
        </w:numPr>
        <w:rPr>
          <w:rFonts w:ascii="Nirmala UI" w:hAnsi="Nirmala UI" w:cs="Nirmala UI"/>
        </w:rPr>
      </w:pPr>
      <w:r w:rsidRPr="001336EE">
        <w:rPr>
          <w:rFonts w:ascii="Nirmala UI" w:hAnsi="Nirmala UI" w:cs="Nirmala UI"/>
        </w:rPr>
        <w:t xml:space="preserve">मस्तिष्क पक्षाघात (Cerebral Palsy) भएका </w:t>
      </w:r>
      <w:r w:rsidR="00193145" w:rsidRPr="001336EE">
        <w:rPr>
          <w:rFonts w:ascii="Nirmala UI" w:hAnsi="Nirmala UI" w:cs="Nirmala UI"/>
          <w:cs/>
          <w:lang w:bidi="ne-NP"/>
        </w:rPr>
        <w:t>व्यक्ति</w:t>
      </w:r>
    </w:p>
    <w:p w14:paraId="6233100B" w14:textId="573C279E" w:rsidR="00001BF5" w:rsidRPr="001336EE" w:rsidRDefault="00000000" w:rsidP="00307BA6">
      <w:pPr>
        <w:pStyle w:val="ListParagraph"/>
        <w:numPr>
          <w:ilvl w:val="0"/>
          <w:numId w:val="12"/>
        </w:numPr>
        <w:rPr>
          <w:rFonts w:ascii="Nirmala UI" w:hAnsi="Nirmala UI" w:cs="Nirmala UI"/>
        </w:rPr>
      </w:pPr>
      <w:r w:rsidRPr="001336EE">
        <w:rPr>
          <w:rFonts w:ascii="Nirmala UI" w:hAnsi="Nirmala UI" w:cs="Nirmala UI"/>
        </w:rPr>
        <w:t xml:space="preserve">दुबै खुट्टा </w:t>
      </w:r>
      <w:r w:rsidR="00C35CA2">
        <w:rPr>
          <w:rFonts w:ascii="Nirmala UI" w:hAnsi="Nirmala UI" w:cs="Nirmala UI" w:hint="cs"/>
          <w:cs/>
          <w:lang w:bidi="ne-NP"/>
        </w:rPr>
        <w:t xml:space="preserve">गुमाउनुपरेको वा दुवै खुट्टाले हिँडडुलमा राम्रो काम गर्न नसक्ने </w:t>
      </w:r>
      <w:r w:rsidRPr="001336EE">
        <w:rPr>
          <w:rFonts w:ascii="Nirmala UI" w:hAnsi="Nirmala UI" w:cs="Nirmala UI"/>
        </w:rPr>
        <w:t>व्यक्ति</w:t>
      </w:r>
    </w:p>
    <w:p w14:paraId="5BFB5381" w14:textId="3F1B26AD" w:rsidR="00001BF5" w:rsidRPr="001336EE" w:rsidRDefault="00F74F6C" w:rsidP="00307BA6">
      <w:pPr>
        <w:pStyle w:val="ListParagraph"/>
        <w:numPr>
          <w:ilvl w:val="0"/>
          <w:numId w:val="12"/>
        </w:numPr>
        <w:rPr>
          <w:rFonts w:ascii="Nirmala UI" w:hAnsi="Nirmala UI" w:cs="Nirmala UI"/>
        </w:rPr>
      </w:pPr>
      <w:r w:rsidRPr="001336EE">
        <w:rPr>
          <w:rFonts w:ascii="Nirmala UI" w:hAnsi="Nirmala UI" w:cs="Nirmala UI"/>
          <w:cs/>
          <w:lang w:bidi="ne-NP"/>
        </w:rPr>
        <w:t xml:space="preserve">उमेर </w:t>
      </w:r>
      <w:r w:rsidRPr="001336EE">
        <w:rPr>
          <w:rFonts w:ascii="Nirmala UI" w:hAnsi="Nirmala UI" w:cs="Nirmala UI"/>
        </w:rPr>
        <w:t xml:space="preserve">वा दीर्घ रोगका कारण लामो </w:t>
      </w:r>
      <w:r w:rsidR="00C35CA2">
        <w:rPr>
          <w:rFonts w:ascii="Nirmala UI" w:hAnsi="Nirmala UI" w:cs="Nirmala UI" w:hint="cs"/>
          <w:cs/>
          <w:lang w:bidi="ne-NP"/>
        </w:rPr>
        <w:t xml:space="preserve">दुरी वा धेरैवेरसम्म खुट्टाले </w:t>
      </w:r>
      <w:r w:rsidRPr="001336EE">
        <w:rPr>
          <w:rFonts w:ascii="Nirmala UI" w:hAnsi="Nirmala UI" w:cs="Nirmala UI"/>
        </w:rPr>
        <w:t>हिँड्न नसक्ने व्यक्ति</w:t>
      </w:r>
    </w:p>
    <w:p w14:paraId="53BF7014" w14:textId="2A23CCE3" w:rsidR="00001BF5" w:rsidRPr="00C35CA2" w:rsidRDefault="00000000" w:rsidP="00C35CA2">
      <w:pPr>
        <w:pStyle w:val="ListParagraph"/>
        <w:numPr>
          <w:ilvl w:val="0"/>
          <w:numId w:val="12"/>
        </w:numPr>
        <w:rPr>
          <w:rFonts w:ascii="Nirmala UI" w:hAnsi="Nirmala UI" w:cs="Nirmala UI"/>
        </w:rPr>
      </w:pPr>
      <w:r w:rsidRPr="001336EE">
        <w:rPr>
          <w:rFonts w:ascii="Nirmala UI" w:hAnsi="Nirmala UI" w:cs="Nirmala UI"/>
        </w:rPr>
        <w:t>पोलियो वा अन्य शारीरिक</w:t>
      </w:r>
      <w:r w:rsidR="00C35CA2">
        <w:rPr>
          <w:rFonts w:ascii="Nirmala UI" w:hAnsi="Nirmala UI" w:cs="Nirmala UI" w:hint="cs"/>
          <w:cs/>
          <w:lang w:bidi="ne-NP"/>
        </w:rPr>
        <w:t xml:space="preserve"> अवस्थाका कारण हिँडडुल गर्न नसक्ने व्यक्तिहरू </w:t>
      </w:r>
    </w:p>
    <w:p w14:paraId="582ED8FA" w14:textId="6A1EE144" w:rsidR="005F06FA" w:rsidRDefault="005F06FA" w:rsidP="00E6001E">
      <w:pPr>
        <w:rPr>
          <w:rFonts w:ascii="Nirmala UI" w:hAnsi="Nirmala UI" w:cs="Nirmala UI"/>
          <w:b/>
          <w:bCs/>
          <w:lang w:bidi="ne-NP"/>
        </w:rPr>
      </w:pPr>
      <w:r>
        <w:rPr>
          <w:rFonts w:ascii="Nirmala UI" w:hAnsi="Nirmala UI" w:cs="Nirmala UI" w:hint="cs"/>
          <w:b/>
          <w:bCs/>
          <w:cs/>
          <w:lang w:bidi="ne-NP"/>
        </w:rPr>
        <w:t xml:space="preserve">ह्वीलचेयरका प्रकारहरू </w:t>
      </w:r>
    </w:p>
    <w:p w14:paraId="1F167FD7" w14:textId="6FD011B1" w:rsidR="005F06FA" w:rsidRDefault="00D15FAA" w:rsidP="00E6001E">
      <w:p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समग्रतामा अथवा सबै खाले ह्वीलचेयरलाई एक ठाउँमा राखेर मोटो रूपमा वर्गिकरण गर्दा </w:t>
      </w:r>
      <w:r w:rsidR="005F06FA" w:rsidRPr="005F06FA">
        <w:rPr>
          <w:rFonts w:ascii="Nirmala UI" w:hAnsi="Nirmala UI" w:cs="Nirmala UI" w:hint="cs"/>
          <w:cs/>
          <w:lang w:bidi="ne-NP"/>
        </w:rPr>
        <w:t xml:space="preserve">दुई वर्गमा विभाजन गरिन्छ जसलाई म्यानुअल ह्वीलचेयर </w:t>
      </w:r>
      <w:r w:rsidR="005F06FA" w:rsidRPr="005F06FA">
        <w:rPr>
          <w:rFonts w:ascii="Nirmala UI" w:hAnsi="Nirmala UI" w:cs="Nirmala UI"/>
          <w:lang w:bidi="ne-NP"/>
        </w:rPr>
        <w:t>(Manual Wheelchair)</w:t>
      </w:r>
      <w:r w:rsidR="005F06FA" w:rsidRPr="005F06FA">
        <w:rPr>
          <w:rFonts w:ascii="Nirmala UI" w:hAnsi="Nirmala UI" w:cs="Nirmala UI" w:hint="cs"/>
          <w:cs/>
          <w:lang w:bidi="ne-NP"/>
        </w:rPr>
        <w:t xml:space="preserve"> र पावर्ड</w:t>
      </w:r>
      <w:r w:rsidR="005F06FA" w:rsidRPr="005F06FA">
        <w:rPr>
          <w:rFonts w:ascii="Nirmala UI" w:hAnsi="Nirmala UI" w:cs="Nirmala UI"/>
          <w:lang w:bidi="ne-NP"/>
        </w:rPr>
        <w:t xml:space="preserve"> </w:t>
      </w:r>
      <w:r w:rsidR="005F06FA" w:rsidRPr="005F06FA">
        <w:rPr>
          <w:rFonts w:ascii="Nirmala UI" w:hAnsi="Nirmala UI" w:cs="Nirmala UI" w:hint="cs"/>
          <w:cs/>
          <w:lang w:bidi="ne-NP"/>
        </w:rPr>
        <w:t xml:space="preserve">ह्वीलचेयर </w:t>
      </w:r>
      <w:r w:rsidR="005F06FA" w:rsidRPr="005F06FA">
        <w:rPr>
          <w:rFonts w:ascii="Nirmala UI" w:hAnsi="Nirmala UI" w:cs="Nirmala UI"/>
          <w:lang w:bidi="ne-NP"/>
        </w:rPr>
        <w:t>(Powered Wheelchair)</w:t>
      </w:r>
      <w:r w:rsidR="005F06FA" w:rsidRPr="005F06FA">
        <w:rPr>
          <w:rFonts w:ascii="Nirmala UI" w:hAnsi="Nirmala UI" w:cs="Nirmala UI" w:hint="cs"/>
          <w:cs/>
          <w:lang w:bidi="ne-NP"/>
        </w:rPr>
        <w:t xml:space="preserve"> भनि सम्बोधन गर्ने गरिन्छ ।</w:t>
      </w:r>
      <w:r w:rsidR="005F06FA">
        <w:rPr>
          <w:rFonts w:ascii="Nirmala UI" w:hAnsi="Nirmala UI" w:cs="Nirmala UI" w:hint="cs"/>
          <w:cs/>
          <w:lang w:bidi="ne-NP"/>
        </w:rPr>
        <w:t xml:space="preserve"> तर </w:t>
      </w:r>
      <w:r w:rsidR="000C6E41">
        <w:rPr>
          <w:rFonts w:ascii="Nirmala UI" w:hAnsi="Nirmala UI" w:cs="Nirmala UI" w:hint="cs"/>
          <w:cs/>
          <w:lang w:bidi="ne-NP"/>
        </w:rPr>
        <w:t>प्रयोगकर्ताको आवश्यकता,</w:t>
      </w:r>
      <w:r w:rsidR="005F06FA">
        <w:rPr>
          <w:rFonts w:ascii="Nirmala UI" w:hAnsi="Nirmala UI" w:cs="Nirmala UI" w:hint="cs"/>
          <w:cs/>
          <w:lang w:bidi="ne-NP"/>
        </w:rPr>
        <w:t xml:space="preserve"> अवस्था र प्रयोजनको आधारमा भने ह्वीलचेयरका प्रकारहरू विभिन्न हुन्छन । हामी</w:t>
      </w:r>
      <w:r w:rsidR="000C6E41">
        <w:rPr>
          <w:rFonts w:ascii="Nirmala UI" w:hAnsi="Nirmala UI" w:cs="Nirmala UI" w:hint="cs"/>
          <w:cs/>
          <w:lang w:bidi="ne-NP"/>
        </w:rPr>
        <w:t xml:space="preserve"> यसलाई</w:t>
      </w:r>
      <w:r w:rsidR="005F06FA">
        <w:rPr>
          <w:rFonts w:ascii="Nirmala UI" w:hAnsi="Nirmala UI" w:cs="Nirmala UI" w:hint="cs"/>
          <w:cs/>
          <w:lang w:bidi="ne-NP"/>
        </w:rPr>
        <w:t xml:space="preserve"> क्रमैसँग बुझ्दै जाउँ । </w:t>
      </w:r>
    </w:p>
    <w:p w14:paraId="73E83A65" w14:textId="2299025F" w:rsidR="00D15FAA" w:rsidRPr="000C6E41" w:rsidRDefault="00442589" w:rsidP="00D15FAA">
      <w:pPr>
        <w:pStyle w:val="ListParagraph"/>
        <w:numPr>
          <w:ilvl w:val="0"/>
          <w:numId w:val="33"/>
        </w:numPr>
        <w:rPr>
          <w:rFonts w:ascii="Nirmala UI" w:hAnsi="Nirmala UI" w:cs="Nirmala UI"/>
          <w:b/>
          <w:bCs/>
          <w:lang w:bidi="ne-NP"/>
        </w:rPr>
      </w:pPr>
      <w:r>
        <w:rPr>
          <w:rFonts w:ascii="Nirmala UI" w:hAnsi="Nirmala UI" w:cs="Nirmala UI"/>
          <w:noProof/>
          <w:lang w:val="ne-NP" w:bidi="ne-NP"/>
        </w:rPr>
        <w:drawing>
          <wp:anchor distT="0" distB="0" distL="114300" distR="114300" simplePos="0" relativeHeight="251643904" behindDoc="1" locked="0" layoutInCell="1" allowOverlap="1" wp14:anchorId="42911058" wp14:editId="0AFF9303">
            <wp:simplePos x="0" y="0"/>
            <wp:positionH relativeFrom="column">
              <wp:posOffset>273368</wp:posOffset>
            </wp:positionH>
            <wp:positionV relativeFrom="paragraph">
              <wp:posOffset>250190</wp:posOffset>
            </wp:positionV>
            <wp:extent cx="1345565" cy="1345565"/>
            <wp:effectExtent l="19050" t="19050" r="26035" b="26035"/>
            <wp:wrapTight wrapText="bothSides">
              <wp:wrapPolygon edited="0">
                <wp:start x="-306" y="-306"/>
                <wp:lineTo x="-306" y="21712"/>
                <wp:lineTo x="21712" y="21712"/>
                <wp:lineTo x="21712" y="-306"/>
                <wp:lineTo x="-306" y="-306"/>
              </wp:wrapPolygon>
            </wp:wrapTight>
            <wp:docPr id="1375907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07943" name="Picture 13759079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13455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FAA" w:rsidRPr="000C6E41">
        <w:rPr>
          <w:rFonts w:ascii="Nirmala UI" w:hAnsi="Nirmala UI" w:cs="Nirmala UI" w:hint="cs"/>
          <w:b/>
          <w:bCs/>
          <w:cs/>
          <w:lang w:bidi="ne-NP"/>
        </w:rPr>
        <w:t xml:space="preserve">म्यानुअल ह्वीलचेयर </w:t>
      </w:r>
      <w:r w:rsidR="00D15FAA" w:rsidRPr="000C6E41">
        <w:rPr>
          <w:rFonts w:ascii="Nirmala UI" w:hAnsi="Nirmala UI" w:cs="Nirmala UI"/>
          <w:b/>
          <w:bCs/>
          <w:lang w:bidi="ne-NP"/>
        </w:rPr>
        <w:t>(Manual Wheelchair)</w:t>
      </w:r>
    </w:p>
    <w:p w14:paraId="2B973D05" w14:textId="2B241727" w:rsidR="00D15FAA" w:rsidRDefault="00D15FAA" w:rsidP="00D15FAA">
      <w:pPr>
        <w:ind w:left="360"/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>म्यानुअल ह्वीलचेयर भनेको कुनै विद्युतीय शक्ति प्रयोग नगरिकनै व्यक्ति स्वयमले आफ्नै हात वा शरीरको बल प्रयोग गरेर चलाउने वा अरू व्यक्तिले धकेलेर चलाउने ह्वीलचेयर हो ।</w:t>
      </w:r>
      <w:r w:rsidR="000C6E41">
        <w:rPr>
          <w:rFonts w:ascii="Nirmala UI" w:hAnsi="Nirmala UI" w:cs="Nirmala UI" w:hint="cs"/>
          <w:cs/>
          <w:lang w:bidi="ne-NP"/>
        </w:rPr>
        <w:t xml:space="preserve"> संसारभरीनै</w:t>
      </w:r>
      <w:r>
        <w:rPr>
          <w:rFonts w:ascii="Nirmala UI" w:hAnsi="Nirmala UI" w:cs="Nirmala UI" w:hint="cs"/>
          <w:cs/>
          <w:lang w:bidi="ne-NP"/>
        </w:rPr>
        <w:t xml:space="preserve"> प्रयोगकर्ताहरूले यो प्रकारको ह्वीलचेयर नै सबैभन्दा धेरै प्रयोग गर्ने गर्छन । </w:t>
      </w:r>
    </w:p>
    <w:p w14:paraId="3C2E74B2" w14:textId="3FA3AFC5" w:rsidR="00217025" w:rsidRPr="00D15FAA" w:rsidRDefault="00217025" w:rsidP="00D15FAA">
      <w:pPr>
        <w:ind w:left="360"/>
        <w:rPr>
          <w:rFonts w:ascii="Nirmala UI" w:hAnsi="Nirmala UI" w:cs="Nirmala UI"/>
          <w:cs/>
          <w:lang w:bidi="ne-NP"/>
        </w:rPr>
      </w:pPr>
    </w:p>
    <w:p w14:paraId="360670FA" w14:textId="4E29CB29" w:rsidR="000C6E41" w:rsidRPr="000C6E41" w:rsidRDefault="00442589" w:rsidP="00D15FAA">
      <w:pPr>
        <w:pStyle w:val="ListParagraph"/>
        <w:numPr>
          <w:ilvl w:val="0"/>
          <w:numId w:val="33"/>
        </w:numPr>
        <w:rPr>
          <w:rFonts w:ascii="Nirmala UI" w:hAnsi="Nirmala UI" w:cs="Nirmala UI"/>
          <w:b/>
          <w:bCs/>
          <w:lang w:bidi="ne-NP"/>
        </w:rPr>
      </w:pPr>
      <w:r>
        <w:rPr>
          <w:rFonts w:ascii="Nirmala UI" w:hAnsi="Nirmala UI" w:cs="Nirmala UI"/>
          <w:noProof/>
          <w:lang w:bidi="ne-NP"/>
        </w:rPr>
        <w:drawing>
          <wp:anchor distT="0" distB="0" distL="114300" distR="114300" simplePos="0" relativeHeight="251652096" behindDoc="1" locked="0" layoutInCell="1" allowOverlap="1" wp14:anchorId="715487B0" wp14:editId="6EB60F12">
            <wp:simplePos x="0" y="0"/>
            <wp:positionH relativeFrom="column">
              <wp:posOffset>285750</wp:posOffset>
            </wp:positionH>
            <wp:positionV relativeFrom="paragraph">
              <wp:posOffset>311785</wp:posOffset>
            </wp:positionV>
            <wp:extent cx="1157605" cy="1066165"/>
            <wp:effectExtent l="19050" t="19050" r="23495" b="19685"/>
            <wp:wrapTight wrapText="bothSides">
              <wp:wrapPolygon edited="0">
                <wp:start x="-355" y="-386"/>
                <wp:lineTo x="-355" y="21613"/>
                <wp:lineTo x="21683" y="21613"/>
                <wp:lineTo x="21683" y="-386"/>
                <wp:lineTo x="-355" y="-386"/>
              </wp:wrapPolygon>
            </wp:wrapTight>
            <wp:docPr id="1461048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4835" name="Picture 1461048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1066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FAA" w:rsidRPr="000C6E41">
        <w:rPr>
          <w:rFonts w:ascii="Nirmala UI" w:hAnsi="Nirmala UI" w:cs="Nirmala UI" w:hint="cs"/>
          <w:b/>
          <w:bCs/>
          <w:cs/>
          <w:lang w:bidi="ne-NP"/>
        </w:rPr>
        <w:t xml:space="preserve">पावर्ड ह्वीलचेयर </w:t>
      </w:r>
      <w:r w:rsidR="00D15FAA" w:rsidRPr="000C6E41">
        <w:rPr>
          <w:rFonts w:ascii="Nirmala UI" w:hAnsi="Nirmala UI" w:cs="Nirmala UI"/>
          <w:b/>
          <w:bCs/>
          <w:lang w:bidi="ne-NP"/>
        </w:rPr>
        <w:t>(Powered Wheelchair)</w:t>
      </w:r>
      <w:r w:rsidR="005F06FA" w:rsidRPr="000C6E41">
        <w:rPr>
          <w:rFonts w:ascii="Nirmala UI" w:hAnsi="Nirmala UI" w:cs="Nirmala UI" w:hint="cs"/>
          <w:b/>
          <w:bCs/>
          <w:cs/>
          <w:lang w:bidi="ne-NP"/>
        </w:rPr>
        <w:t xml:space="preserve"> </w:t>
      </w:r>
    </w:p>
    <w:p w14:paraId="74129E86" w14:textId="4438FB67" w:rsidR="00442589" w:rsidRDefault="000C6E41" w:rsidP="00883585">
      <w:pPr>
        <w:ind w:left="360"/>
        <w:rPr>
          <w:rFonts w:ascii="Nirmala UI" w:hAnsi="Nirmala UI" w:cs="Nirmala UI"/>
          <w:b/>
          <w:bCs/>
          <w:lang w:bidi="hi-IN"/>
        </w:rPr>
      </w:pPr>
      <w:r>
        <w:rPr>
          <w:rFonts w:ascii="Nirmala UI" w:hAnsi="Nirmala UI" w:cs="Nirmala UI" w:hint="cs"/>
          <w:cs/>
          <w:lang w:bidi="ne-NP"/>
        </w:rPr>
        <w:t>मोटर जडान गरिएको र ब्याट्रि वा विद्युतीय शक्तिको प्रयोग गरि चलाईने ह्वीलचेयरलाई पावर्ड ह्वीलचेयर भनिन्छ ।</w:t>
      </w:r>
      <w:r w:rsidR="00C553A2">
        <w:rPr>
          <w:rFonts w:ascii="Nirmala UI" w:hAnsi="Nirmala UI" w:cs="Nirmala UI"/>
          <w:lang w:bidi="ne-NP"/>
        </w:rPr>
        <w:t xml:space="preserve"> </w:t>
      </w:r>
      <w:r w:rsidR="00C553A2">
        <w:rPr>
          <w:rFonts w:ascii="Nirmala UI" w:hAnsi="Nirmala UI" w:cs="Nirmala UI" w:hint="cs"/>
          <w:cs/>
          <w:lang w:bidi="ne-NP"/>
        </w:rPr>
        <w:t>हातको बलले चक्का घुमाएर चलाउन कठिनाई हुने वा नसक्ने तर हातले सामान्य काम गर्न सक्ने व्यक्तिहरूले</w:t>
      </w:r>
      <w:r w:rsidR="00CC59C3">
        <w:rPr>
          <w:rFonts w:ascii="Nirmala UI" w:hAnsi="Nirmala UI" w:cs="Nirmala UI" w:hint="cs"/>
          <w:cs/>
          <w:lang w:bidi="ne-NP"/>
        </w:rPr>
        <w:t xml:space="preserve"> ह्वीलचेयरमै जडान गरिएको जोइस्टिक वा अन्य कन्ट्रोल मेकानिज्मको प्रयोग गरि </w:t>
      </w:r>
      <w:r w:rsidR="00C553A2">
        <w:rPr>
          <w:rFonts w:ascii="Nirmala UI" w:hAnsi="Nirmala UI" w:cs="Nirmala UI" w:hint="cs"/>
          <w:cs/>
          <w:lang w:bidi="ne-NP"/>
        </w:rPr>
        <w:t xml:space="preserve">सजिलै चलाउन सक्छन ।  </w:t>
      </w:r>
      <w:r>
        <w:rPr>
          <w:rFonts w:ascii="Nirmala UI" w:hAnsi="Nirmala UI" w:cs="Nirmala UI" w:hint="cs"/>
          <w:cs/>
          <w:lang w:bidi="ne-NP"/>
        </w:rPr>
        <w:t xml:space="preserve">  </w:t>
      </w:r>
    </w:p>
    <w:p w14:paraId="63A93157" w14:textId="66AC1E48" w:rsidR="00C553A2" w:rsidRDefault="00C553A2" w:rsidP="00E6001E">
      <w:pPr>
        <w:rPr>
          <w:rFonts w:ascii="Nirmala UI" w:hAnsi="Nirmala UI" w:cs="Nirmala UI"/>
          <w:b/>
          <w:bCs/>
          <w:lang w:bidi="hi-IN"/>
        </w:rPr>
      </w:pPr>
      <w:r>
        <w:rPr>
          <w:rFonts w:ascii="Nirmala UI" w:hAnsi="Nirmala UI" w:cs="Nirmala UI" w:hint="cs"/>
          <w:b/>
          <w:bCs/>
          <w:cs/>
          <w:lang w:bidi="hi-IN"/>
        </w:rPr>
        <w:t>व्यक्तिको अवस्था, वातवरण, प्रयोजन वा आवश्यकताको ह्वीलचेयरका प्रकारहरू</w:t>
      </w:r>
    </w:p>
    <w:p w14:paraId="2D4E7B9F" w14:textId="4E5B1E78" w:rsidR="00C553A2" w:rsidRDefault="00C553A2" w:rsidP="00E6001E">
      <w:pPr>
        <w:rPr>
          <w:rFonts w:ascii="Nirmala UI" w:hAnsi="Nirmala UI" w:cs="Nirmala UI"/>
          <w:b/>
          <w:bCs/>
          <w:lang w:bidi="hi-IN"/>
        </w:rPr>
      </w:pPr>
      <w:r>
        <w:rPr>
          <w:rFonts w:ascii="Nirmala UI" w:hAnsi="Nirmala UI" w:cs="Nirmala UI" w:hint="cs"/>
          <w:b/>
          <w:bCs/>
          <w:cs/>
          <w:lang w:bidi="hi-IN"/>
        </w:rPr>
        <w:t xml:space="preserve">स्ट्याण्डर्ड ह्वीलचेयर </w:t>
      </w:r>
      <w:r>
        <w:rPr>
          <w:rFonts w:ascii="Nirmala UI" w:hAnsi="Nirmala UI" w:cs="Nirmala UI"/>
          <w:b/>
          <w:bCs/>
          <w:lang w:bidi="hi-IN"/>
        </w:rPr>
        <w:t>(Standard or Everyday Wheelchair)</w:t>
      </w:r>
    </w:p>
    <w:p w14:paraId="5796AF96" w14:textId="18ACD164" w:rsidR="00442589" w:rsidRDefault="00442589" w:rsidP="00E6001E">
      <w:p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noProof/>
          <w:lang w:val="ne-NP" w:bidi="ne-NP"/>
        </w:rPr>
        <w:drawing>
          <wp:anchor distT="0" distB="0" distL="114300" distR="114300" simplePos="0" relativeHeight="251655168" behindDoc="1" locked="0" layoutInCell="1" allowOverlap="1" wp14:anchorId="6A5477C7" wp14:editId="43752BD7">
            <wp:simplePos x="0" y="0"/>
            <wp:positionH relativeFrom="column">
              <wp:posOffset>109538</wp:posOffset>
            </wp:positionH>
            <wp:positionV relativeFrom="paragraph">
              <wp:posOffset>4445</wp:posOffset>
            </wp:positionV>
            <wp:extent cx="1361440" cy="1361440"/>
            <wp:effectExtent l="19050" t="19050" r="10160" b="10160"/>
            <wp:wrapTight wrapText="bothSides">
              <wp:wrapPolygon edited="0">
                <wp:start x="-302" y="-302"/>
                <wp:lineTo x="-302" y="21459"/>
                <wp:lineTo x="21459" y="21459"/>
                <wp:lineTo x="21459" y="-302"/>
                <wp:lineTo x="-302" y="-302"/>
              </wp:wrapPolygon>
            </wp:wrapTight>
            <wp:docPr id="7454547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454700" name="Picture 7454547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361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3A2" w:rsidRPr="007D0C54">
        <w:rPr>
          <w:rFonts w:ascii="Nirmala UI" w:hAnsi="Nirmala UI" w:cs="Nirmala UI" w:hint="cs"/>
          <w:cs/>
          <w:lang w:bidi="ne-NP"/>
        </w:rPr>
        <w:t>यो ह्वीलचेयर एउटा निश्चित मापदण्डमा बनाइएको हुन्छ । घरमा यताउता गर्न, विद्यालय वा कार्यालय जान वा सामान्य हिँडडुलमा प्रयोग गर्न सकिन्छ । तर यसमा व्यक्तिको</w:t>
      </w:r>
      <w:r w:rsidR="007D0C54" w:rsidRPr="007D0C54">
        <w:rPr>
          <w:rFonts w:ascii="Nirmala UI" w:hAnsi="Nirmala UI" w:cs="Nirmala UI" w:hint="cs"/>
          <w:cs/>
          <w:lang w:bidi="ne-NP"/>
        </w:rPr>
        <w:t xml:space="preserve"> अवस्था वा</w:t>
      </w:r>
      <w:r w:rsidR="00C553A2" w:rsidRPr="007D0C54">
        <w:rPr>
          <w:rFonts w:ascii="Nirmala UI" w:hAnsi="Nirmala UI" w:cs="Nirmala UI" w:hint="cs"/>
          <w:cs/>
          <w:lang w:bidi="ne-NP"/>
        </w:rPr>
        <w:t xml:space="preserve"> आवश्यकता अनुसार </w:t>
      </w:r>
      <w:r w:rsidR="007D0C54" w:rsidRPr="007D0C54">
        <w:rPr>
          <w:rFonts w:ascii="Nirmala UI" w:hAnsi="Nirmala UI" w:cs="Nirmala UI" w:hint="cs"/>
          <w:cs/>
          <w:lang w:bidi="ne-NP"/>
        </w:rPr>
        <w:t>कुनै समायोजन गर्नुपरेमा गर्न सकिँदैन । यो व्यक्ति स्वयमले वा अरूको सहयोगमा गुडाउन सकिन्छ । यो प्राय स्टिल वा एलुमिनियमले बनेको, भारी तर टिकाउ हुन्छ ।</w:t>
      </w:r>
    </w:p>
    <w:p w14:paraId="53739B1F" w14:textId="729FACE5" w:rsidR="007D0C54" w:rsidRDefault="007D0C54" w:rsidP="00E6001E">
      <w:pPr>
        <w:rPr>
          <w:rFonts w:ascii="Nirmala UI" w:hAnsi="Nirmala UI" w:cs="Nirmala UI"/>
          <w:lang w:bidi="ne-NP"/>
        </w:rPr>
      </w:pPr>
      <w:r w:rsidRPr="007D0C54">
        <w:rPr>
          <w:rFonts w:ascii="Nirmala UI" w:hAnsi="Nirmala UI" w:cs="Nirmala UI" w:hint="cs"/>
          <w:cs/>
          <w:lang w:bidi="ne-NP"/>
        </w:rPr>
        <w:lastRenderedPageBreak/>
        <w:t xml:space="preserve"> </w:t>
      </w:r>
    </w:p>
    <w:p w14:paraId="15999DE5" w14:textId="6F27C6AE" w:rsidR="007D0C54" w:rsidRPr="007D0C54" w:rsidRDefault="007D0C54" w:rsidP="00E6001E">
      <w:pPr>
        <w:rPr>
          <w:rFonts w:ascii="Nirmala UI" w:hAnsi="Nirmala UI" w:cs="Nirmala UI"/>
          <w:b/>
          <w:bCs/>
          <w:lang w:bidi="ne-NP"/>
        </w:rPr>
      </w:pPr>
      <w:r w:rsidRPr="007D0C54">
        <w:rPr>
          <w:rFonts w:ascii="Nirmala UI" w:hAnsi="Nirmala UI" w:cs="Nirmala UI" w:hint="cs"/>
          <w:b/>
          <w:bCs/>
          <w:cs/>
          <w:lang w:bidi="ne-NP"/>
        </w:rPr>
        <w:t xml:space="preserve">एक्टिभ ह्वीलचेयर </w:t>
      </w:r>
      <w:r w:rsidRPr="007D0C54">
        <w:rPr>
          <w:rFonts w:ascii="Nirmala UI" w:hAnsi="Nirmala UI" w:cs="Nirmala UI"/>
          <w:b/>
          <w:bCs/>
          <w:lang w:bidi="ne-NP"/>
        </w:rPr>
        <w:t>(Active/Adjustable Wheelchair)</w:t>
      </w:r>
    </w:p>
    <w:p w14:paraId="7CB9B3DB" w14:textId="63FE01A3" w:rsidR="007D0C54" w:rsidRDefault="00883585" w:rsidP="00E6001E">
      <w:pPr>
        <w:rPr>
          <w:rFonts w:ascii="Nirmala UI" w:hAnsi="Nirmala UI" w:cs="Nirmala UI"/>
          <w:lang w:bidi="ne-NP"/>
        </w:rPr>
      </w:pPr>
      <w:r>
        <w:rPr>
          <w:rFonts w:ascii="Nirmala UI" w:hAnsi="Nirmala UI" w:cs="Nirmala UI"/>
          <w:noProof/>
          <w:lang w:bidi="ne-NP"/>
        </w:rPr>
        <w:drawing>
          <wp:anchor distT="0" distB="0" distL="114300" distR="114300" simplePos="0" relativeHeight="251673600" behindDoc="1" locked="0" layoutInCell="1" allowOverlap="1" wp14:anchorId="0F43CE79" wp14:editId="5FCFCF2F">
            <wp:simplePos x="0" y="0"/>
            <wp:positionH relativeFrom="column">
              <wp:posOffset>93980</wp:posOffset>
            </wp:positionH>
            <wp:positionV relativeFrom="paragraph">
              <wp:posOffset>25400</wp:posOffset>
            </wp:positionV>
            <wp:extent cx="1376680" cy="1261110"/>
            <wp:effectExtent l="19050" t="19050" r="13970" b="15240"/>
            <wp:wrapTight wrapText="bothSides">
              <wp:wrapPolygon edited="0">
                <wp:start x="-299" y="-326"/>
                <wp:lineTo x="-299" y="21535"/>
                <wp:lineTo x="21520" y="21535"/>
                <wp:lineTo x="21520" y="-326"/>
                <wp:lineTo x="-299" y="-326"/>
              </wp:wrapPolygon>
            </wp:wrapTight>
            <wp:docPr id="7241075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07514" name="Picture 724107514"/>
                    <pic:cNvPicPr/>
                  </pic:nvPicPr>
                  <pic:blipFill rotWithShape="1">
                    <a:blip r:embed="rId11"/>
                    <a:srcRect l="13114" t="14667" r="12667" b="17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2611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C54">
        <w:rPr>
          <w:rFonts w:ascii="Nirmala UI" w:hAnsi="Nirmala UI" w:cs="Nirmala UI" w:hint="cs"/>
          <w:cs/>
          <w:lang w:bidi="ne-NP"/>
        </w:rPr>
        <w:t xml:space="preserve">जो व्यक्तिहरू स्वयम नै ह्वीलचेयर चलाउन सक्षम छन उनीहरूका लागि यस प्रकृतिको ह्वीलचेर उपयुक्त हुन्छ । यो गुडाउन सजिलो, हलुका र लामो समयसम्म बस्दा वा गुडाउँदा पनि सहज हुने हुन्छ  । यसलाई आफ्नो शरीरको अवस्था र दैनिकी अनुसार समायोजन गर्न पनि मिल्छ । </w:t>
      </w:r>
    </w:p>
    <w:p w14:paraId="58E06949" w14:textId="63CE23D9" w:rsidR="00883585" w:rsidRDefault="00883585" w:rsidP="00E6001E">
      <w:pPr>
        <w:rPr>
          <w:rFonts w:ascii="Nirmala UI" w:hAnsi="Nirmala UI" w:cs="Nirmala UI"/>
          <w:noProof/>
          <w:lang w:bidi="ne-NP"/>
        </w:rPr>
      </w:pPr>
    </w:p>
    <w:p w14:paraId="0697A08F" w14:textId="29C32080" w:rsidR="00883585" w:rsidRDefault="00883585" w:rsidP="00E6001E">
      <w:pPr>
        <w:rPr>
          <w:rFonts w:ascii="Nirmala UI" w:hAnsi="Nirmala UI" w:cs="Nirmala UI"/>
          <w:lang w:bidi="ne-NP"/>
        </w:rPr>
      </w:pPr>
    </w:p>
    <w:p w14:paraId="7D1AF1B0" w14:textId="5205581B" w:rsidR="007D0C54" w:rsidRPr="007D0C54" w:rsidRDefault="007D0C54" w:rsidP="00E6001E">
      <w:pPr>
        <w:rPr>
          <w:rFonts w:ascii="Nirmala UI" w:hAnsi="Nirmala UI" w:cs="Nirmala UI"/>
          <w:b/>
          <w:bCs/>
          <w:lang w:bidi="ne-NP"/>
        </w:rPr>
      </w:pPr>
      <w:r w:rsidRPr="007D0C54">
        <w:rPr>
          <w:rFonts w:ascii="Nirmala UI" w:hAnsi="Nirmala UI" w:cs="Nirmala UI" w:hint="cs"/>
          <w:b/>
          <w:bCs/>
          <w:cs/>
          <w:lang w:bidi="ne-NP"/>
        </w:rPr>
        <w:t xml:space="preserve">खेल खेल्न प्रयोग हुने ह्वीलचेयर </w:t>
      </w:r>
      <w:r w:rsidRPr="007D0C54">
        <w:rPr>
          <w:rFonts w:ascii="Nirmala UI" w:hAnsi="Nirmala UI" w:cs="Nirmala UI"/>
          <w:b/>
          <w:bCs/>
          <w:lang w:bidi="ne-NP"/>
        </w:rPr>
        <w:t>(Sports Wheelchair)</w:t>
      </w:r>
    </w:p>
    <w:p w14:paraId="6C341FFD" w14:textId="3211DB67" w:rsidR="00CC59C3" w:rsidRDefault="00442589" w:rsidP="00E6001E">
      <w:pPr>
        <w:rPr>
          <w:rFonts w:ascii="Nirmala UI" w:hAnsi="Nirmala UI" w:cs="Nirmala UI"/>
          <w:lang w:bidi="ne-NP"/>
        </w:rPr>
      </w:pPr>
      <w:r>
        <w:rPr>
          <w:rFonts w:ascii="Nirmala UI" w:hAnsi="Nirmala UI" w:cs="Nirmala UI"/>
          <w:noProof/>
          <w:lang w:bidi="ne-NP"/>
        </w:rPr>
        <w:drawing>
          <wp:anchor distT="0" distB="0" distL="114300" distR="114300" simplePos="0" relativeHeight="251663360" behindDoc="1" locked="0" layoutInCell="1" allowOverlap="1" wp14:anchorId="16DA9BF8" wp14:editId="74FD51FF">
            <wp:simplePos x="0" y="0"/>
            <wp:positionH relativeFrom="column">
              <wp:posOffset>80645</wp:posOffset>
            </wp:positionH>
            <wp:positionV relativeFrom="paragraph">
              <wp:posOffset>2540</wp:posOffset>
            </wp:positionV>
            <wp:extent cx="1328420" cy="1328420"/>
            <wp:effectExtent l="19050" t="19050" r="24130" b="24130"/>
            <wp:wrapTight wrapText="bothSides">
              <wp:wrapPolygon edited="0">
                <wp:start x="-310" y="-310"/>
                <wp:lineTo x="-310" y="21683"/>
                <wp:lineTo x="21683" y="21683"/>
                <wp:lineTo x="21683" y="-310"/>
                <wp:lineTo x="-310" y="-310"/>
              </wp:wrapPolygon>
            </wp:wrapTight>
            <wp:docPr id="1221310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31038" name="Picture 1221310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28420" cy="1328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C54">
        <w:rPr>
          <w:rFonts w:ascii="Nirmala UI" w:hAnsi="Nirmala UI" w:cs="Nirmala UI" w:hint="cs"/>
          <w:cs/>
          <w:lang w:bidi="ne-NP"/>
        </w:rPr>
        <w:t>शारीरिक अपाङ्गता भएका व्यक्तिले ह्वीलचेयरमा बसि बसि बास्केटबल, टेनिस, एथलेटिक्स, रग्बी, क्रिकेट जस्ता खेलहरू खेल्छन ।</w:t>
      </w:r>
      <w:r w:rsidR="00CC59C3">
        <w:rPr>
          <w:rFonts w:ascii="Nirmala UI" w:hAnsi="Nirmala UI" w:cs="Nirmala UI" w:hint="cs"/>
          <w:cs/>
          <w:lang w:bidi="ne-NP"/>
        </w:rPr>
        <w:t xml:space="preserve"> यस्ता खेलहरू खेल्ने खेलाडिहरूका लागि विशेष प्रकारले डिजाइन गरिएका ह्वीलचेयरहरूलाई स्पोर्टस् ह्वीलचेयर भनिन्छ । यस्ता ह्वीलचेयरका चक्कालाई निश्चित कोणमा ढल्काइएको हुन्छ र चक्काको फ्रेम पनि अन्य ह्वीलचेयरहरूको भन्दा फरक हुन्छ ।</w:t>
      </w:r>
      <w:r w:rsidR="007D0C54">
        <w:rPr>
          <w:rFonts w:ascii="Nirmala UI" w:hAnsi="Nirmala UI" w:cs="Nirmala UI" w:hint="cs"/>
          <w:cs/>
          <w:lang w:bidi="ne-NP"/>
        </w:rPr>
        <w:t xml:space="preserve"> </w:t>
      </w:r>
      <w:r w:rsidR="00CC59C3">
        <w:rPr>
          <w:rFonts w:ascii="Nirmala UI" w:hAnsi="Nirmala UI" w:cs="Nirmala UI" w:hint="cs"/>
          <w:cs/>
          <w:lang w:bidi="ne-NP"/>
        </w:rPr>
        <w:t xml:space="preserve">यि ह्वीलचेयर </w:t>
      </w:r>
      <w:r w:rsidR="007D0C54">
        <w:rPr>
          <w:rFonts w:ascii="Nirmala UI" w:hAnsi="Nirmala UI" w:cs="Nirmala UI" w:hint="cs"/>
          <w:cs/>
          <w:lang w:bidi="ne-NP"/>
        </w:rPr>
        <w:t xml:space="preserve">खेलहरू खेल्न सजिला, हलुका, छरिता र यता उताल हतार हतार दौडँदा पनि नपल्टने हुन्छन । </w:t>
      </w:r>
    </w:p>
    <w:p w14:paraId="1C72B407" w14:textId="39ED59B9" w:rsidR="00442589" w:rsidRDefault="00442589" w:rsidP="00E6001E">
      <w:pPr>
        <w:rPr>
          <w:rFonts w:ascii="Nirmala UI" w:hAnsi="Nirmala UI" w:cs="Nirmala UI"/>
          <w:lang w:bidi="ne-NP"/>
        </w:rPr>
      </w:pPr>
    </w:p>
    <w:p w14:paraId="4EE2C31C" w14:textId="737246B4" w:rsidR="00CC59C3" w:rsidRPr="00F04958" w:rsidRDefault="00442589" w:rsidP="00E6001E">
      <w:pPr>
        <w:rPr>
          <w:rFonts w:ascii="Nirmala UI" w:hAnsi="Nirmala UI" w:cs="Nirmala UI"/>
          <w:b/>
          <w:bCs/>
          <w:lang w:bidi="ne-NP"/>
        </w:rPr>
      </w:pPr>
      <w:r>
        <w:rPr>
          <w:rFonts w:ascii="Nirmala UI" w:hAnsi="Nirmala UI" w:cs="Nirmala UI"/>
          <w:noProof/>
          <w:lang w:bidi="ne-NP"/>
        </w:rPr>
        <w:drawing>
          <wp:anchor distT="0" distB="0" distL="114300" distR="114300" simplePos="0" relativeHeight="251666432" behindDoc="1" locked="0" layoutInCell="1" allowOverlap="1" wp14:anchorId="5B960595" wp14:editId="37068FA9">
            <wp:simplePos x="0" y="0"/>
            <wp:positionH relativeFrom="column">
              <wp:posOffset>123825</wp:posOffset>
            </wp:positionH>
            <wp:positionV relativeFrom="paragraph">
              <wp:posOffset>334645</wp:posOffset>
            </wp:positionV>
            <wp:extent cx="1419225" cy="1076325"/>
            <wp:effectExtent l="19050" t="19050" r="28575" b="28575"/>
            <wp:wrapTight wrapText="bothSides">
              <wp:wrapPolygon edited="0">
                <wp:start x="-290" y="-382"/>
                <wp:lineTo x="-290" y="21791"/>
                <wp:lineTo x="21745" y="21791"/>
                <wp:lineTo x="21745" y="-382"/>
                <wp:lineTo x="-290" y="-382"/>
              </wp:wrapPolygon>
            </wp:wrapTight>
            <wp:docPr id="12453530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353019" name="Picture 1245353019"/>
                    <pic:cNvPicPr/>
                  </pic:nvPicPr>
                  <pic:blipFill rotWithShape="1">
                    <a:blip r:embed="rId13"/>
                    <a:srcRect r="10564" b="5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76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9C3" w:rsidRPr="00F04958">
        <w:rPr>
          <w:rFonts w:ascii="Nirmala UI" w:hAnsi="Nirmala UI" w:cs="Nirmala UI" w:hint="cs"/>
          <w:b/>
          <w:bCs/>
          <w:cs/>
          <w:lang w:bidi="ne-NP"/>
        </w:rPr>
        <w:t xml:space="preserve">खस्रो वा कच्ची सतहमा चलाउने ह्वीलचेयर </w:t>
      </w:r>
      <w:r w:rsidR="00CC59C3" w:rsidRPr="00F04958">
        <w:rPr>
          <w:rFonts w:ascii="Nirmala UI" w:hAnsi="Nirmala UI" w:cs="Nirmala UI"/>
          <w:b/>
          <w:bCs/>
          <w:lang w:bidi="ne-NP"/>
        </w:rPr>
        <w:t>(Rough Terrian Wheelchair)</w:t>
      </w:r>
    </w:p>
    <w:p w14:paraId="4ACED155" w14:textId="79D820E1" w:rsidR="00F04958" w:rsidRDefault="00F04958" w:rsidP="00E6001E">
      <w:p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यदि प्रयोगकर्तालाई दैनिक आफ्नो ह्वीलचेयर कच्ची वा अलि नमिलेको सतहमा चलाउनुपर्ने हुन्छ भने यो ह्वीलचेयर उपयुक्त हुन सक्छ । यसको टायर र चक्का अलि ठूलो हुन्छ र फ्रेम पनि बलियो हुन्छ । तुलनात्मक रूपमा यो माथि व्याख्या गरिएका भन्दा अलि भारी हुन्छ । </w:t>
      </w:r>
    </w:p>
    <w:p w14:paraId="42A62308" w14:textId="65728B0A" w:rsidR="00442589" w:rsidRDefault="00442589" w:rsidP="00E6001E">
      <w:pPr>
        <w:rPr>
          <w:rFonts w:ascii="Nirmala UI" w:hAnsi="Nirmala UI" w:cs="Nirmala UI"/>
          <w:lang w:bidi="ne-NP"/>
        </w:rPr>
      </w:pPr>
    </w:p>
    <w:p w14:paraId="13F67896" w14:textId="6AE23E3E" w:rsidR="00F04958" w:rsidRPr="00F04958" w:rsidRDefault="00F04958" w:rsidP="00E6001E">
      <w:pPr>
        <w:rPr>
          <w:rFonts w:ascii="Nirmala UI" w:hAnsi="Nirmala UI" w:cs="Nirmala UI"/>
          <w:b/>
          <w:bCs/>
          <w:lang w:bidi="ne-NP"/>
        </w:rPr>
      </w:pPr>
      <w:r w:rsidRPr="00F04958">
        <w:rPr>
          <w:rFonts w:ascii="Nirmala UI" w:hAnsi="Nirmala UI" w:cs="Nirmala UI" w:hint="cs"/>
          <w:b/>
          <w:bCs/>
          <w:cs/>
          <w:lang w:bidi="ne-NP"/>
        </w:rPr>
        <w:t xml:space="preserve">झुकाव परिवर्तन गर्न मिल्ने </w:t>
      </w:r>
      <w:r w:rsidRPr="00F04958">
        <w:rPr>
          <w:rFonts w:ascii="Nirmala UI" w:hAnsi="Nirmala UI" w:cs="Nirmala UI"/>
          <w:b/>
          <w:bCs/>
          <w:lang w:bidi="ne-NP"/>
        </w:rPr>
        <w:t>(Reclining Wheelchair)</w:t>
      </w:r>
    </w:p>
    <w:p w14:paraId="04EB84B8" w14:textId="6E80B9EE" w:rsidR="00F04958" w:rsidRDefault="00442589" w:rsidP="00E6001E">
      <w:pPr>
        <w:rPr>
          <w:rFonts w:ascii="Nirmala UI" w:hAnsi="Nirmala UI" w:cs="Nirmala UI"/>
          <w:lang w:bidi="ne-NP"/>
        </w:rPr>
      </w:pPr>
      <w:r>
        <w:rPr>
          <w:rFonts w:ascii="Nirmala UI" w:hAnsi="Nirmala UI" w:cs="Nirmala UI"/>
          <w:noProof/>
          <w:lang w:bidi="ne-NP"/>
        </w:rPr>
        <w:drawing>
          <wp:anchor distT="0" distB="0" distL="114300" distR="114300" simplePos="0" relativeHeight="251668480" behindDoc="1" locked="0" layoutInCell="1" allowOverlap="1" wp14:anchorId="334A0B46" wp14:editId="5AA246B1">
            <wp:simplePos x="0" y="0"/>
            <wp:positionH relativeFrom="column">
              <wp:posOffset>103188</wp:posOffset>
            </wp:positionH>
            <wp:positionV relativeFrom="paragraph">
              <wp:posOffset>25400</wp:posOffset>
            </wp:positionV>
            <wp:extent cx="1125220" cy="1333500"/>
            <wp:effectExtent l="19050" t="19050" r="17780" b="19050"/>
            <wp:wrapTight wrapText="bothSides">
              <wp:wrapPolygon edited="0">
                <wp:start x="-366" y="-309"/>
                <wp:lineTo x="-366" y="21600"/>
                <wp:lineTo x="21576" y="21600"/>
                <wp:lineTo x="21576" y="-309"/>
                <wp:lineTo x="-366" y="-309"/>
              </wp:wrapPolygon>
            </wp:wrapTight>
            <wp:docPr id="21155138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513853" name="Picture 211551385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25220" cy="1333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958">
        <w:rPr>
          <w:rFonts w:ascii="Nirmala UI" w:hAnsi="Nirmala UI" w:cs="Nirmala UI" w:hint="cs"/>
          <w:cs/>
          <w:lang w:bidi="ne-NP"/>
        </w:rPr>
        <w:t xml:space="preserve">कतिपय प्रयोगकर्ता </w:t>
      </w:r>
      <w:r w:rsidR="00F04958">
        <w:rPr>
          <w:rFonts w:ascii="Nirmala UI" w:hAnsi="Nirmala UI" w:cs="Nirmala UI"/>
          <w:lang w:bidi="ne-NP"/>
        </w:rPr>
        <w:t>(</w:t>
      </w:r>
      <w:r w:rsidR="00F04958">
        <w:rPr>
          <w:rFonts w:ascii="Nirmala UI" w:hAnsi="Nirmala UI" w:cs="Nirmala UI" w:hint="cs"/>
          <w:cs/>
          <w:lang w:bidi="ne-NP"/>
        </w:rPr>
        <w:t>खास गरेर अलि गम्भीर अवस्था भएका</w:t>
      </w:r>
      <w:r w:rsidR="00F04958">
        <w:rPr>
          <w:rFonts w:ascii="Nirmala UI" w:hAnsi="Nirmala UI" w:cs="Nirmala UI"/>
          <w:lang w:bidi="ne-NP"/>
        </w:rPr>
        <w:t>)</w:t>
      </w:r>
      <w:r w:rsidR="00F04958">
        <w:rPr>
          <w:rFonts w:ascii="Nirmala UI" w:hAnsi="Nirmala UI" w:cs="Nirmala UI" w:hint="cs"/>
          <w:cs/>
          <w:lang w:bidi="ne-NP"/>
        </w:rPr>
        <w:t xml:space="preserve"> लाई धेरैबेर सम्म एउटै अवस्था </w:t>
      </w:r>
      <w:r w:rsidR="00F04958">
        <w:rPr>
          <w:rFonts w:ascii="Nirmala UI" w:hAnsi="Nirmala UI" w:cs="Nirmala UI"/>
          <w:lang w:bidi="ne-NP"/>
        </w:rPr>
        <w:t xml:space="preserve">(Position) </w:t>
      </w:r>
      <w:r w:rsidR="00F04958">
        <w:rPr>
          <w:rFonts w:ascii="Nirmala UI" w:hAnsi="Nirmala UI" w:cs="Nirmala UI" w:hint="cs"/>
          <w:cs/>
          <w:lang w:bidi="ne-NP"/>
        </w:rPr>
        <w:t>मा बसिरहन असहज हुन्छ । यसको लागि पोजिसन बदल्नुपर्ने हुन्छ । यस्तो ह्वीलचेयरमा ढाडलाई सिधा राख्न वा पछाडी ढल्काउन सकिन्छ । यसगरी दायाँ वा बायाँ फर्कँदा पनि बस्न सजिलो हुनेगरि वा टाउको</w:t>
      </w:r>
      <w:r w:rsidR="00F04958">
        <w:rPr>
          <w:rFonts w:ascii="Nirmala UI" w:hAnsi="Nirmala UI" w:cs="Nirmala UI"/>
          <w:lang w:bidi="ne-NP"/>
        </w:rPr>
        <w:t>/</w:t>
      </w:r>
      <w:r w:rsidR="00F04958">
        <w:rPr>
          <w:rFonts w:ascii="Nirmala UI" w:hAnsi="Nirmala UI" w:cs="Nirmala UI" w:hint="cs"/>
          <w:cs/>
          <w:lang w:bidi="ne-NP"/>
        </w:rPr>
        <w:t xml:space="preserve">ढाड सजिलो गरि राख्न मिल्ने बनाउन सकिन्छ । यस्तो काम प्रयोगकर्ता आफैँले वा सहयोगीको सहयोग लिएर गर्न सक्छ । </w:t>
      </w:r>
    </w:p>
    <w:p w14:paraId="3EE489A1" w14:textId="58F5F339" w:rsidR="00442589" w:rsidRDefault="00442589" w:rsidP="00E6001E">
      <w:pPr>
        <w:rPr>
          <w:rFonts w:ascii="Nirmala UI" w:hAnsi="Nirmala UI" w:cs="Nirmala UI"/>
          <w:lang w:bidi="ne-NP"/>
        </w:rPr>
      </w:pPr>
    </w:p>
    <w:p w14:paraId="15FDD5A0" w14:textId="55C61FE1" w:rsidR="00F04958" w:rsidRPr="00D97BBA" w:rsidRDefault="00F04958" w:rsidP="00E6001E">
      <w:pPr>
        <w:rPr>
          <w:rFonts w:ascii="Nirmala UI" w:hAnsi="Nirmala UI" w:cs="Nirmala UI"/>
          <w:b/>
          <w:bCs/>
          <w:lang w:bidi="ne-NP"/>
        </w:rPr>
      </w:pPr>
      <w:r w:rsidRPr="00D97BBA">
        <w:rPr>
          <w:rFonts w:ascii="Nirmala UI" w:hAnsi="Nirmala UI" w:cs="Nirmala UI" w:hint="cs"/>
          <w:b/>
          <w:bCs/>
          <w:cs/>
          <w:lang w:bidi="ne-NP"/>
        </w:rPr>
        <w:t xml:space="preserve">मेडिकल ह्वीलचेयर </w:t>
      </w:r>
      <w:r w:rsidR="00D97BBA" w:rsidRPr="00D97BBA">
        <w:rPr>
          <w:rFonts w:ascii="Nirmala UI" w:hAnsi="Nirmala UI" w:cs="Nirmala UI"/>
          <w:b/>
          <w:bCs/>
          <w:lang w:bidi="ne-NP"/>
        </w:rPr>
        <w:t>(Medical Wheelchair)</w:t>
      </w:r>
    </w:p>
    <w:p w14:paraId="31A3A005" w14:textId="46860CFD" w:rsidR="00C94244" w:rsidRDefault="00442589" w:rsidP="00E6001E">
      <w:pPr>
        <w:rPr>
          <w:rFonts w:ascii="Nirmala UI" w:hAnsi="Nirmala UI" w:cs="Nirmala UI"/>
          <w:lang w:bidi="hi-IN"/>
        </w:rPr>
      </w:pPr>
      <w:r>
        <w:rPr>
          <w:rFonts w:ascii="Nirmala UI" w:hAnsi="Nirmala UI" w:cs="Nirmala UI"/>
          <w:noProof/>
          <w:lang w:bidi="ne-NP"/>
        </w:rPr>
        <w:drawing>
          <wp:anchor distT="0" distB="0" distL="114300" distR="114300" simplePos="0" relativeHeight="251670528" behindDoc="1" locked="0" layoutInCell="1" allowOverlap="1" wp14:anchorId="7A7A22D3" wp14:editId="0526A52E">
            <wp:simplePos x="0" y="0"/>
            <wp:positionH relativeFrom="column">
              <wp:posOffset>132715</wp:posOffset>
            </wp:positionH>
            <wp:positionV relativeFrom="paragraph">
              <wp:posOffset>1905</wp:posOffset>
            </wp:positionV>
            <wp:extent cx="1445895" cy="1457325"/>
            <wp:effectExtent l="19050" t="19050" r="20955" b="28575"/>
            <wp:wrapTight wrapText="bothSides">
              <wp:wrapPolygon edited="0">
                <wp:start x="-285" y="-282"/>
                <wp:lineTo x="-285" y="21741"/>
                <wp:lineTo x="21628" y="21741"/>
                <wp:lineTo x="21628" y="-282"/>
                <wp:lineTo x="-285" y="-282"/>
              </wp:wrapPolygon>
            </wp:wrapTight>
            <wp:docPr id="2027311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31101" name="Picture 20273110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5895" cy="1457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BBA">
        <w:rPr>
          <w:rFonts w:ascii="Nirmala UI" w:hAnsi="Nirmala UI" w:cs="Nirmala UI" w:hint="cs"/>
          <w:cs/>
          <w:lang w:bidi="ne-NP"/>
        </w:rPr>
        <w:t>धेरैबेरसम्म ह्वीलचेयरमा बस्न नपर्ने, छोटो दुरी तय गर्न पर्ने अवस्थाको लागि सामान्य तरिकाले बनाइएको ह्वीलचेयरलाई मेडिकल ह्वीलचेयर भनिन्छ । यस्तो ह्वीलचेयर स्वयम व्यक्तिले चलाउने भन्दा पनि बढि अरूले धकेल्न मिल्ने गरि बनाइएको हुन्छ । प्राय अस्पतालहरू</w:t>
      </w:r>
      <w:r>
        <w:rPr>
          <w:rFonts w:ascii="Nirmala UI" w:hAnsi="Nirmala UI" w:cs="Nirmala UI" w:hint="cs"/>
          <w:cs/>
          <w:lang w:bidi="ne-NP"/>
        </w:rPr>
        <w:t>मा</w:t>
      </w:r>
      <w:r w:rsidR="00D97BBA">
        <w:rPr>
          <w:rFonts w:ascii="Nirmala UI" w:hAnsi="Nirmala UI" w:cs="Nirmala UI" w:hint="cs"/>
          <w:cs/>
          <w:lang w:bidi="ne-NP"/>
        </w:rPr>
        <w:t xml:space="preserve"> विरामी यता उता लैजान, एयरपोर्टमा हिँडडुलमा असहज हुने यात्रुलाई सवारी साधनसम्म पुर्‌याउन यस्ता ह्वीलचेयरहरू प्रयोगमा रहेको देख्न सकिन्छ ।  </w:t>
      </w:r>
      <w:r w:rsidR="00F04958">
        <w:rPr>
          <w:rFonts w:ascii="Nirmala UI" w:hAnsi="Nirmala UI" w:cs="Nirmala UI" w:hint="cs"/>
          <w:cs/>
          <w:lang w:bidi="ne-NP"/>
        </w:rPr>
        <w:t xml:space="preserve">  </w:t>
      </w:r>
      <w:r w:rsidR="00CC59C3">
        <w:rPr>
          <w:rFonts w:ascii="Nirmala UI" w:hAnsi="Nirmala UI" w:cs="Nirmala UI" w:hint="cs"/>
          <w:cs/>
          <w:lang w:bidi="ne-NP"/>
        </w:rPr>
        <w:t xml:space="preserve"> </w:t>
      </w:r>
      <w:r w:rsidR="007D0C54">
        <w:rPr>
          <w:rFonts w:ascii="Nirmala UI" w:hAnsi="Nirmala UI" w:cs="Nirmala UI" w:hint="cs"/>
          <w:cs/>
          <w:lang w:bidi="ne-NP"/>
        </w:rPr>
        <w:t xml:space="preserve"> </w:t>
      </w:r>
      <w:r w:rsidR="007D0C54" w:rsidRPr="007D0C54">
        <w:rPr>
          <w:rFonts w:ascii="Nirmala UI" w:hAnsi="Nirmala UI" w:cs="Nirmala UI" w:hint="cs"/>
          <w:cs/>
          <w:lang w:bidi="ne-NP"/>
        </w:rPr>
        <w:t xml:space="preserve">  </w:t>
      </w:r>
      <w:r w:rsidR="00C553A2" w:rsidRPr="007D0C54">
        <w:rPr>
          <w:rFonts w:ascii="Nirmala UI" w:hAnsi="Nirmala UI" w:cs="Nirmala UI" w:hint="cs"/>
          <w:cs/>
          <w:lang w:bidi="ne-NP"/>
        </w:rPr>
        <w:t xml:space="preserve"> </w:t>
      </w:r>
      <w:r w:rsidR="00C553A2" w:rsidRPr="007D0C54">
        <w:rPr>
          <w:rFonts w:ascii="Nirmala UI" w:hAnsi="Nirmala UI" w:cs="Nirmala UI" w:hint="cs"/>
          <w:cs/>
          <w:lang w:bidi="hi-IN"/>
        </w:rPr>
        <w:t xml:space="preserve"> </w:t>
      </w:r>
    </w:p>
    <w:p w14:paraId="72BEA4EE" w14:textId="38D0AC2E" w:rsidR="00442589" w:rsidRDefault="00442589" w:rsidP="00E6001E">
      <w:pPr>
        <w:rPr>
          <w:rFonts w:ascii="Nirmala UI" w:hAnsi="Nirmala UI" w:cs="Nirmala UI"/>
          <w:lang w:bidi="ne-NP"/>
        </w:rPr>
      </w:pPr>
    </w:p>
    <w:p w14:paraId="723B7E89" w14:textId="1BB0B2DC" w:rsidR="00001BF5" w:rsidRPr="00B66893" w:rsidRDefault="00000000" w:rsidP="00F76B04">
      <w:pPr>
        <w:rPr>
          <w:rFonts w:ascii="Nirmala UI" w:hAnsi="Nirmala UI" w:cs="Nirmala UI"/>
          <w:b/>
          <w:bCs/>
          <w:lang w:bidi="ne-NP"/>
        </w:rPr>
      </w:pPr>
      <w:r w:rsidRPr="00B66893">
        <w:rPr>
          <w:rFonts w:ascii="Nirmala UI" w:hAnsi="Nirmala UI" w:cs="Nirmala UI"/>
          <w:b/>
          <w:bCs/>
        </w:rPr>
        <w:t xml:space="preserve">३. </w:t>
      </w:r>
      <w:r w:rsidR="00B66893">
        <w:rPr>
          <w:rFonts w:ascii="Nirmala UI" w:hAnsi="Nirmala UI" w:cs="Nirmala UI" w:hint="cs"/>
          <w:b/>
          <w:bCs/>
          <w:cs/>
          <w:lang w:bidi="ne-NP"/>
        </w:rPr>
        <w:t xml:space="preserve">राम्रोसँग प्राविधिक नापजाँच गरेर </w:t>
      </w:r>
      <w:r w:rsidRPr="00B66893">
        <w:rPr>
          <w:rFonts w:ascii="Nirmala UI" w:hAnsi="Nirmala UI" w:cs="Nirmala UI"/>
          <w:b/>
          <w:bCs/>
        </w:rPr>
        <w:t>ह्विलचेयर</w:t>
      </w:r>
      <w:r w:rsidR="00B66893">
        <w:rPr>
          <w:rFonts w:ascii="Nirmala UI" w:hAnsi="Nirmala UI" w:cs="Nirmala UI" w:hint="cs"/>
          <w:b/>
          <w:bCs/>
          <w:cs/>
          <w:lang w:bidi="ne-NP"/>
        </w:rPr>
        <w:t xml:space="preserve"> प्रयोग गर्दाका फाइदाहरू </w:t>
      </w:r>
    </w:p>
    <w:p w14:paraId="5E300B31" w14:textId="2B382EA2" w:rsidR="00F76B04" w:rsidRPr="001336EE" w:rsidRDefault="00B66893" w:rsidP="00F76B04">
      <w:pPr>
        <w:rPr>
          <w:rFonts w:ascii="Nirmala UI" w:hAnsi="Nirmala UI" w:cs="Nirmala UI"/>
          <w:lang w:bidi="ne-NP"/>
        </w:rPr>
      </w:pPr>
      <w:r>
        <w:rPr>
          <w:rFonts w:ascii="Nirmala UI" w:hAnsi="Nirmala UI" w:cs="Nirmala UI" w:hint="cs"/>
          <w:cs/>
          <w:lang w:bidi="ne-NP"/>
        </w:rPr>
        <w:t xml:space="preserve">व्यक्तिले आफ्नो आवश्यकता, प्रयोजन र शारीरिक अवस्थालाई ध्यानमा राखेर आफूलाई सहज र उपयुक्त हुने ह्वीलचियर लिएर प्रयोग गर्दा देहायबमोजिम फाइदाहरु हुन्छन । </w:t>
      </w:r>
    </w:p>
    <w:p w14:paraId="12174F90" w14:textId="58C441DD" w:rsidR="00F76B04" w:rsidRPr="001336EE" w:rsidRDefault="00F76B04" w:rsidP="005807F2">
      <w:pPr>
        <w:pStyle w:val="ListParagraph"/>
        <w:numPr>
          <w:ilvl w:val="0"/>
          <w:numId w:val="13"/>
        </w:numPr>
        <w:rPr>
          <w:rFonts w:ascii="Nirmala UI" w:hAnsi="Nirmala UI" w:cs="Nirmala UI"/>
          <w:lang w:bidi="ne-NP"/>
        </w:rPr>
      </w:pPr>
      <w:r w:rsidRPr="00AE0998">
        <w:rPr>
          <w:rFonts w:ascii="Nirmala UI" w:hAnsi="Nirmala UI" w:cs="Nirmala UI"/>
          <w:b/>
          <w:bCs/>
          <w:i/>
          <w:iCs/>
          <w:cs/>
          <w:lang w:bidi="ne-NP"/>
        </w:rPr>
        <w:t>शारीरिक अवस्था अनुसार उपयुक्त छनोट:</w:t>
      </w:r>
      <w:r w:rsidRPr="001336EE">
        <w:rPr>
          <w:rFonts w:ascii="Nirmala UI" w:hAnsi="Nirmala UI" w:cs="Nirmala UI"/>
          <w:cs/>
          <w:lang w:bidi="ne-NP"/>
        </w:rPr>
        <w:t xml:space="preserve"> व्यक्तिको</w:t>
      </w:r>
      <w:r w:rsidR="00AE0998">
        <w:rPr>
          <w:rFonts w:ascii="Nirmala UI" w:hAnsi="Nirmala UI" w:cs="Nirmala UI" w:hint="cs"/>
          <w:cs/>
          <w:lang w:bidi="ne-NP"/>
        </w:rPr>
        <w:t xml:space="preserve"> उमेर,</w:t>
      </w:r>
      <w:r w:rsidRPr="001336EE">
        <w:rPr>
          <w:rFonts w:ascii="Nirmala UI" w:hAnsi="Nirmala UI" w:cs="Nirmala UI"/>
          <w:cs/>
          <w:lang w:bidi="ne-NP"/>
        </w:rPr>
        <w:t xml:space="preserve"> उचाइ</w:t>
      </w:r>
      <w:r w:rsidRPr="001336EE">
        <w:rPr>
          <w:rFonts w:ascii="Nirmala UI" w:hAnsi="Nirmala UI" w:cs="Nirmala UI"/>
          <w:lang w:bidi="ne-NP"/>
        </w:rPr>
        <w:t xml:space="preserve">, </w:t>
      </w:r>
      <w:r w:rsidRPr="001336EE">
        <w:rPr>
          <w:rFonts w:ascii="Nirmala UI" w:hAnsi="Nirmala UI" w:cs="Nirmala UI"/>
          <w:cs/>
          <w:lang w:bidi="ne-NP"/>
        </w:rPr>
        <w:t>तौल</w:t>
      </w:r>
      <w:r w:rsidRPr="001336EE">
        <w:rPr>
          <w:rFonts w:ascii="Nirmala UI" w:hAnsi="Nirmala UI" w:cs="Nirmala UI"/>
          <w:lang w:bidi="ne-NP"/>
        </w:rPr>
        <w:t xml:space="preserve">, </w:t>
      </w:r>
      <w:r w:rsidRPr="001336EE">
        <w:rPr>
          <w:rFonts w:ascii="Nirmala UI" w:hAnsi="Nirmala UI" w:cs="Nirmala UI"/>
          <w:cs/>
          <w:lang w:bidi="ne-NP"/>
        </w:rPr>
        <w:t>बस्ने तरिका</w:t>
      </w:r>
      <w:r w:rsidR="00AE0998">
        <w:rPr>
          <w:rFonts w:ascii="Nirmala UI" w:hAnsi="Nirmala UI" w:cs="Nirmala UI" w:hint="cs"/>
          <w:cs/>
          <w:lang w:bidi="ne-NP"/>
        </w:rPr>
        <w:t>, अपाङ्गताको गम्भीरता</w:t>
      </w:r>
      <w:r w:rsidRPr="001336EE">
        <w:rPr>
          <w:rFonts w:ascii="Nirmala UI" w:hAnsi="Nirmala UI" w:cs="Nirmala UI"/>
          <w:cs/>
          <w:lang w:bidi="ne-NP"/>
        </w:rPr>
        <w:t xml:space="preserve"> अनुसार</w:t>
      </w:r>
      <w:r w:rsidR="00A3430B" w:rsidRPr="001336EE">
        <w:rPr>
          <w:rFonts w:ascii="Nirmala UI" w:hAnsi="Nirmala UI" w:cs="Nirmala UI"/>
          <w:cs/>
          <w:lang w:bidi="ne-NP"/>
        </w:rPr>
        <w:t>को</w:t>
      </w:r>
      <w:r w:rsidRPr="001336EE">
        <w:rPr>
          <w:rFonts w:ascii="Nirmala UI" w:hAnsi="Nirmala UI" w:cs="Nirmala UI"/>
          <w:cs/>
          <w:lang w:bidi="ne-NP"/>
        </w:rPr>
        <w:t xml:space="preserve"> </w:t>
      </w:r>
      <w:r w:rsidR="00A3430B" w:rsidRPr="001336EE">
        <w:rPr>
          <w:rFonts w:ascii="Nirmala UI" w:hAnsi="Nirmala UI" w:cs="Nirmala UI"/>
          <w:cs/>
          <w:lang w:bidi="ne-NP"/>
        </w:rPr>
        <w:t xml:space="preserve">ह्विलचियरले </w:t>
      </w:r>
      <w:r w:rsidRPr="001336EE">
        <w:rPr>
          <w:rFonts w:ascii="Nirmala UI" w:hAnsi="Nirmala UI" w:cs="Nirmala UI"/>
          <w:cs/>
          <w:lang w:bidi="ne-NP"/>
        </w:rPr>
        <w:t>शरीरमा तनाव वा असजिलो कम गर्छ</w:t>
      </w:r>
      <w:r w:rsidR="00AE0998">
        <w:rPr>
          <w:rFonts w:ascii="Nirmala UI" w:hAnsi="Nirmala UI" w:cs="Nirmala UI" w:hint="cs"/>
          <w:cs/>
          <w:lang w:bidi="ne-NP"/>
        </w:rPr>
        <w:t xml:space="preserve"> र प्रयोगमा पनि सजिलो हुन्छ ।</w:t>
      </w:r>
    </w:p>
    <w:p w14:paraId="694FD777" w14:textId="1D887629" w:rsidR="00F76B04" w:rsidRPr="001336EE" w:rsidRDefault="00F76B04" w:rsidP="005807F2">
      <w:pPr>
        <w:pStyle w:val="ListParagraph"/>
        <w:numPr>
          <w:ilvl w:val="0"/>
          <w:numId w:val="13"/>
        </w:numPr>
        <w:rPr>
          <w:rFonts w:ascii="Nirmala UI" w:hAnsi="Nirmala UI" w:cs="Nirmala UI"/>
          <w:lang w:bidi="ne-NP"/>
        </w:rPr>
      </w:pPr>
      <w:r w:rsidRPr="00AE0998">
        <w:rPr>
          <w:rFonts w:ascii="Nirmala UI" w:hAnsi="Nirmala UI" w:cs="Nirmala UI"/>
          <w:b/>
          <w:bCs/>
          <w:i/>
          <w:iCs/>
          <w:cs/>
          <w:lang w:bidi="ne-NP"/>
        </w:rPr>
        <w:t>स्वास्थ्य जटिलता रोकथाम:</w:t>
      </w:r>
      <w:r w:rsidRPr="001336EE">
        <w:rPr>
          <w:rFonts w:ascii="Nirmala UI" w:hAnsi="Nirmala UI" w:cs="Nirmala UI"/>
          <w:cs/>
          <w:lang w:bidi="ne-NP"/>
        </w:rPr>
        <w:t xml:space="preserve"> गलत ह्विलचेयरले छालामा घाउ</w:t>
      </w:r>
      <w:r w:rsidRPr="001336EE">
        <w:rPr>
          <w:rFonts w:ascii="Nirmala UI" w:hAnsi="Nirmala UI" w:cs="Nirmala UI"/>
          <w:lang w:bidi="ne-NP"/>
        </w:rPr>
        <w:t xml:space="preserve">, </w:t>
      </w:r>
      <w:r w:rsidRPr="001336EE">
        <w:rPr>
          <w:rFonts w:ascii="Nirmala UI" w:hAnsi="Nirmala UI" w:cs="Nirmala UI"/>
          <w:cs/>
          <w:lang w:bidi="ne-NP"/>
        </w:rPr>
        <w:t>मेरुदण्ड बाङ्गिने समस्या</w:t>
      </w:r>
      <w:r w:rsidRPr="001336EE">
        <w:rPr>
          <w:rFonts w:ascii="Nirmala UI" w:hAnsi="Nirmala UI" w:cs="Nirmala UI"/>
          <w:lang w:bidi="ne-NP"/>
        </w:rPr>
        <w:t xml:space="preserve">, </w:t>
      </w:r>
      <w:r w:rsidRPr="001336EE">
        <w:rPr>
          <w:rFonts w:ascii="Nirmala UI" w:hAnsi="Nirmala UI" w:cs="Nirmala UI"/>
          <w:cs/>
          <w:lang w:bidi="ne-NP"/>
        </w:rPr>
        <w:t>वा मांसपेशी/हड्डीमा दुखाइ ल्याउन सक्छ।</w:t>
      </w:r>
      <w:r w:rsidR="00AE0998">
        <w:rPr>
          <w:rFonts w:ascii="Nirmala UI" w:hAnsi="Nirmala UI" w:cs="Nirmala UI" w:hint="cs"/>
          <w:cs/>
          <w:lang w:bidi="ne-NP"/>
        </w:rPr>
        <w:t xml:space="preserve"> तर नापजाँच सहित लिइएको ह्वीलचेयरले यस्ता समस्याहरू आउन दिँदैन । </w:t>
      </w:r>
    </w:p>
    <w:p w14:paraId="0FC78D20" w14:textId="09167002" w:rsidR="00F76B04" w:rsidRPr="001336EE" w:rsidRDefault="00F76B04" w:rsidP="005807F2">
      <w:pPr>
        <w:pStyle w:val="ListParagraph"/>
        <w:numPr>
          <w:ilvl w:val="0"/>
          <w:numId w:val="13"/>
        </w:numPr>
        <w:rPr>
          <w:rFonts w:ascii="Nirmala UI" w:hAnsi="Nirmala UI" w:cs="Nirmala UI"/>
          <w:lang w:bidi="ne-NP"/>
        </w:rPr>
      </w:pPr>
      <w:r w:rsidRPr="00AE0998">
        <w:rPr>
          <w:rFonts w:ascii="Nirmala UI" w:hAnsi="Nirmala UI" w:cs="Nirmala UI"/>
          <w:b/>
          <w:bCs/>
          <w:i/>
          <w:iCs/>
          <w:cs/>
          <w:lang w:bidi="ne-NP"/>
        </w:rPr>
        <w:t>दैनिक जीवन</w:t>
      </w:r>
      <w:r w:rsidR="009D0498">
        <w:rPr>
          <w:rFonts w:ascii="Nirmala UI" w:hAnsi="Nirmala UI" w:cs="Nirmala UI" w:hint="cs"/>
          <w:b/>
          <w:bCs/>
          <w:i/>
          <w:iCs/>
          <w:cs/>
          <w:lang w:bidi="ne-NP"/>
        </w:rPr>
        <w:t>मा सकृयता बढ्ने</w:t>
      </w:r>
      <w:r w:rsidRPr="00AE0998">
        <w:rPr>
          <w:rFonts w:ascii="Nirmala UI" w:hAnsi="Nirmala UI" w:cs="Nirmala UI"/>
          <w:b/>
          <w:bCs/>
          <w:i/>
          <w:iCs/>
          <w:cs/>
          <w:lang w:bidi="ne-NP"/>
        </w:rPr>
        <w:t>:</w:t>
      </w:r>
      <w:r w:rsidRPr="001336EE">
        <w:rPr>
          <w:rFonts w:ascii="Nirmala UI" w:hAnsi="Nirmala UI" w:cs="Nirmala UI"/>
          <w:cs/>
          <w:lang w:bidi="ne-NP"/>
        </w:rPr>
        <w:t xml:space="preserve"> पढाइ</w:t>
      </w:r>
      <w:r w:rsidRPr="001336EE">
        <w:rPr>
          <w:rFonts w:ascii="Nirmala UI" w:hAnsi="Nirmala UI" w:cs="Nirmala UI"/>
          <w:lang w:bidi="ne-NP"/>
        </w:rPr>
        <w:t xml:space="preserve">, </w:t>
      </w:r>
      <w:r w:rsidRPr="001336EE">
        <w:rPr>
          <w:rFonts w:ascii="Nirmala UI" w:hAnsi="Nirmala UI" w:cs="Nirmala UI"/>
          <w:cs/>
          <w:lang w:bidi="ne-NP"/>
        </w:rPr>
        <w:t>रोजगार</w:t>
      </w:r>
      <w:r w:rsidRPr="001336EE">
        <w:rPr>
          <w:rFonts w:ascii="Nirmala UI" w:hAnsi="Nirmala UI" w:cs="Nirmala UI"/>
          <w:lang w:bidi="ne-NP"/>
        </w:rPr>
        <w:t xml:space="preserve">, </w:t>
      </w:r>
      <w:r w:rsidRPr="001336EE">
        <w:rPr>
          <w:rFonts w:ascii="Nirmala UI" w:hAnsi="Nirmala UI" w:cs="Nirmala UI"/>
          <w:cs/>
          <w:lang w:bidi="ne-NP"/>
        </w:rPr>
        <w:t>घरायसी काम वा अन्य सामाजिक गतिविधि</w:t>
      </w:r>
      <w:r w:rsidR="009D0498">
        <w:rPr>
          <w:rFonts w:ascii="Nirmala UI" w:hAnsi="Nirmala UI" w:cs="Nirmala UI" w:hint="cs"/>
          <w:cs/>
          <w:lang w:bidi="ne-NP"/>
        </w:rPr>
        <w:t>मा सहभागी हुन सहज हुन</w:t>
      </w:r>
      <w:r w:rsidR="004A38DC">
        <w:rPr>
          <w:rFonts w:ascii="Nirmala UI" w:hAnsi="Nirmala UI" w:cs="Nirmala UI" w:hint="cs"/>
          <w:cs/>
          <w:lang w:bidi="ne-NP"/>
        </w:rPr>
        <w:t xml:space="preserve">्छ । कतिपय सानातिना कामहरूमा पनि अरूको सहयोग लिनुपर्नेमा  </w:t>
      </w:r>
    </w:p>
    <w:p w14:paraId="22C83449" w14:textId="3E53E967" w:rsidR="00AE0998" w:rsidRPr="00AE0998" w:rsidRDefault="006715C4" w:rsidP="00AE0998">
      <w:pPr>
        <w:pStyle w:val="ListParagraph"/>
        <w:numPr>
          <w:ilvl w:val="0"/>
          <w:numId w:val="13"/>
        </w:numPr>
        <w:rPr>
          <w:rFonts w:ascii="Nirmala UI" w:hAnsi="Nirmala UI" w:cs="Nirmala UI"/>
          <w:lang w:bidi="ne-NP"/>
        </w:rPr>
      </w:pPr>
      <w:r w:rsidRPr="00AE0998">
        <w:rPr>
          <w:rFonts w:ascii="Nirmala UI" w:hAnsi="Nirmala UI" w:cs="Nirmala UI"/>
          <w:b/>
          <w:bCs/>
          <w:i/>
          <w:iCs/>
          <w:cs/>
          <w:lang w:bidi="ne-NP"/>
        </w:rPr>
        <w:t xml:space="preserve">भौगलिक अवस्था </w:t>
      </w:r>
      <w:r w:rsidR="00F76B04" w:rsidRPr="00AE0998">
        <w:rPr>
          <w:rFonts w:ascii="Nirmala UI" w:hAnsi="Nirmala UI" w:cs="Nirmala UI"/>
          <w:b/>
          <w:bCs/>
          <w:i/>
          <w:iCs/>
          <w:cs/>
          <w:lang w:bidi="ne-NP"/>
        </w:rPr>
        <w:t xml:space="preserve">अनुसार उपयुक्तता: </w:t>
      </w:r>
      <w:r w:rsidR="00F76B04" w:rsidRPr="001336EE">
        <w:rPr>
          <w:rFonts w:ascii="Nirmala UI" w:hAnsi="Nirmala UI" w:cs="Nirmala UI"/>
          <w:cs/>
          <w:lang w:bidi="ne-NP"/>
        </w:rPr>
        <w:t xml:space="preserve">शहरको पिच सडकमा </w:t>
      </w:r>
      <w:r w:rsidRPr="001336EE">
        <w:rPr>
          <w:rFonts w:ascii="Nirmala UI" w:hAnsi="Nirmala UI" w:cs="Nirmala UI"/>
          <w:cs/>
          <w:lang w:bidi="ne-NP"/>
        </w:rPr>
        <w:t xml:space="preserve">स्त्यान्डर्ड </w:t>
      </w:r>
      <w:r w:rsidR="00F76B04" w:rsidRPr="001336EE">
        <w:rPr>
          <w:rFonts w:ascii="Nirmala UI" w:hAnsi="Nirmala UI" w:cs="Nirmala UI"/>
          <w:cs/>
          <w:lang w:bidi="ne-NP"/>
        </w:rPr>
        <w:t xml:space="preserve">ह्विलचेयर उपयुक्त </w:t>
      </w:r>
      <w:r w:rsidRPr="001336EE">
        <w:rPr>
          <w:rFonts w:ascii="Nirmala UI" w:hAnsi="Nirmala UI" w:cs="Nirmala UI"/>
          <w:cs/>
          <w:lang w:bidi="ne-NP"/>
        </w:rPr>
        <w:t>हुन</w:t>
      </w:r>
      <w:r w:rsidR="00B66893">
        <w:rPr>
          <w:rFonts w:ascii="Nirmala UI" w:hAnsi="Nirmala UI" w:cs="Nirmala UI" w:hint="cs"/>
          <w:cs/>
          <w:lang w:bidi="ne-NP"/>
        </w:rPr>
        <w:t xml:space="preserve">सक्छ </w:t>
      </w:r>
      <w:r w:rsidRPr="001336EE">
        <w:rPr>
          <w:rFonts w:ascii="Nirmala UI" w:hAnsi="Nirmala UI" w:cs="Nirmala UI"/>
          <w:cs/>
          <w:lang w:bidi="ne-NP"/>
        </w:rPr>
        <w:t xml:space="preserve">भने </w:t>
      </w:r>
      <w:r w:rsidR="00F76B04" w:rsidRPr="001336EE">
        <w:rPr>
          <w:rFonts w:ascii="Nirmala UI" w:hAnsi="Nirmala UI" w:cs="Nirmala UI"/>
          <w:cs/>
          <w:lang w:bidi="ne-NP"/>
        </w:rPr>
        <w:t>गाउँ</w:t>
      </w:r>
      <w:r w:rsidR="00AE0998">
        <w:rPr>
          <w:rFonts w:ascii="Nirmala UI" w:hAnsi="Nirmala UI" w:cs="Nirmala UI" w:hint="cs"/>
          <w:cs/>
          <w:lang w:bidi="ne-NP"/>
        </w:rPr>
        <w:t xml:space="preserve">मा वा कच्ची बाटोको लागि </w:t>
      </w:r>
      <w:r w:rsidRPr="001336EE">
        <w:rPr>
          <w:rFonts w:ascii="Nirmala UI" w:hAnsi="Nirmala UI" w:cs="Nirmala UI"/>
          <w:cs/>
          <w:lang w:bidi="ne-NP"/>
        </w:rPr>
        <w:t xml:space="preserve">रफ राईडर </w:t>
      </w:r>
      <w:r w:rsidR="00F76B04" w:rsidRPr="001336EE">
        <w:rPr>
          <w:rFonts w:ascii="Nirmala UI" w:hAnsi="Nirmala UI" w:cs="Nirmala UI"/>
          <w:cs/>
          <w:lang w:bidi="ne-NP"/>
        </w:rPr>
        <w:t>ह्विलचेयर आवश्यक पर्</w:t>
      </w:r>
      <w:r w:rsidRPr="001336EE">
        <w:rPr>
          <w:rFonts w:ascii="Nirmala UI" w:hAnsi="Nirmala UI" w:cs="Nirmala UI"/>
          <w:cs/>
          <w:lang w:bidi="ne-NP"/>
        </w:rPr>
        <w:t xml:space="preserve">न सक्छ </w:t>
      </w:r>
      <w:r w:rsidR="00F76B04" w:rsidRPr="001336EE">
        <w:rPr>
          <w:rFonts w:ascii="Nirmala UI" w:hAnsi="Nirmala UI" w:cs="Nirmala UI"/>
          <w:cs/>
          <w:lang w:bidi="ne-NP"/>
        </w:rPr>
        <w:t>।</w:t>
      </w:r>
      <w:r w:rsidR="00AE0998">
        <w:rPr>
          <w:rFonts w:ascii="Nirmala UI" w:hAnsi="Nirmala UI" w:cs="Nirmala UI" w:hint="cs"/>
          <w:cs/>
          <w:lang w:bidi="ne-NP"/>
        </w:rPr>
        <w:t xml:space="preserve"> त्यसैले प्राविधिक नापजाँच भयो भने यस्तो समस्याहरू पहिले नै हल गर्न सकिन्छ । </w:t>
      </w:r>
    </w:p>
    <w:p w14:paraId="41D0EDE0" w14:textId="6DDF5D37" w:rsidR="003D7DC1" w:rsidRPr="00AE0998" w:rsidRDefault="00F76B04" w:rsidP="00F76B04">
      <w:pPr>
        <w:pStyle w:val="ListParagraph"/>
        <w:numPr>
          <w:ilvl w:val="0"/>
          <w:numId w:val="13"/>
        </w:numPr>
        <w:rPr>
          <w:rFonts w:ascii="Nirmala UI" w:hAnsi="Nirmala UI" w:cs="Nirmala UI"/>
          <w:lang w:bidi="ne-NP"/>
        </w:rPr>
      </w:pPr>
      <w:r w:rsidRPr="00AE0998">
        <w:rPr>
          <w:rFonts w:ascii="Nirmala UI" w:hAnsi="Nirmala UI" w:cs="Nirmala UI"/>
          <w:b/>
          <w:bCs/>
          <w:i/>
          <w:iCs/>
          <w:cs/>
          <w:lang w:bidi="ne-NP"/>
        </w:rPr>
        <w:t>सुरक्षा र सहजता सुनिश्चितता:</w:t>
      </w:r>
      <w:r w:rsidRPr="001336EE">
        <w:rPr>
          <w:rFonts w:ascii="Nirmala UI" w:hAnsi="Nirmala UI" w:cs="Nirmala UI"/>
          <w:cs/>
          <w:lang w:bidi="ne-NP"/>
        </w:rPr>
        <w:t xml:space="preserve"> स्थिरता</w:t>
      </w:r>
      <w:r w:rsidRPr="001336EE">
        <w:rPr>
          <w:rFonts w:ascii="Nirmala UI" w:hAnsi="Nirmala UI" w:cs="Nirmala UI"/>
          <w:lang w:bidi="ne-NP"/>
        </w:rPr>
        <w:t xml:space="preserve">, </w:t>
      </w:r>
      <w:r w:rsidRPr="001336EE">
        <w:rPr>
          <w:rFonts w:ascii="Nirmala UI" w:hAnsi="Nirmala UI" w:cs="Nirmala UI"/>
          <w:cs/>
          <w:lang w:bidi="ne-NP"/>
        </w:rPr>
        <w:t>सुरक्षा र आत्मविश्वास बढाउन सही ह्विलचेयरले महत्त्वपूर्ण भूमिका खेल्दछ</w:t>
      </w:r>
      <w:r w:rsidR="00AE0998">
        <w:rPr>
          <w:rFonts w:ascii="Nirmala UI" w:hAnsi="Nirmala UI" w:cs="Nirmala UI" w:hint="cs"/>
          <w:cs/>
          <w:lang w:bidi="ne-NP"/>
        </w:rPr>
        <w:t xml:space="preserve"> ।</w:t>
      </w:r>
    </w:p>
    <w:p w14:paraId="318FADAD" w14:textId="34A42A75" w:rsidR="00001BF5" w:rsidRPr="00AE0998" w:rsidRDefault="00F76B04" w:rsidP="00F76B04">
      <w:pPr>
        <w:rPr>
          <w:rFonts w:ascii="Nirmala UI" w:hAnsi="Nirmala UI" w:cs="Nirmala UI"/>
          <w:b/>
          <w:bCs/>
          <w:lang w:bidi="ne-NP"/>
        </w:rPr>
      </w:pPr>
      <w:r w:rsidRPr="00AE0998">
        <w:rPr>
          <w:rFonts w:ascii="Nirmala UI" w:hAnsi="Nirmala UI" w:cs="Nirmala UI"/>
          <w:b/>
          <w:bCs/>
        </w:rPr>
        <w:t xml:space="preserve">४. </w:t>
      </w:r>
      <w:r w:rsidR="00AE0998">
        <w:rPr>
          <w:rFonts w:ascii="Nirmala UI" w:hAnsi="Nirmala UI" w:cs="Nirmala UI" w:hint="cs"/>
          <w:b/>
          <w:bCs/>
          <w:cs/>
          <w:lang w:bidi="ne-NP"/>
        </w:rPr>
        <w:t xml:space="preserve">प्राविधिक नापजाँच नगरि ह्वीलचेयर प्रयोग गर्दा हुने वेफाइदाहरू </w:t>
      </w:r>
    </w:p>
    <w:p w14:paraId="7F324551" w14:textId="2FF1B798" w:rsidR="00557D15" w:rsidRPr="001336EE" w:rsidRDefault="00557D15" w:rsidP="00F76B04">
      <w:pPr>
        <w:rPr>
          <w:rFonts w:ascii="Nirmala UI" w:hAnsi="Nirmala UI" w:cs="Nirmala UI"/>
          <w:lang w:bidi="ne-NP"/>
        </w:rPr>
      </w:pPr>
      <w:r w:rsidRPr="001336EE">
        <w:rPr>
          <w:rFonts w:ascii="Nirmala UI" w:hAnsi="Nirmala UI" w:cs="Nirmala UI"/>
          <w:cs/>
          <w:lang w:bidi="ne-NP"/>
        </w:rPr>
        <w:t>यदि गुड्नलाई मात्र त हो</w:t>
      </w:r>
      <w:r w:rsidR="00AE0998">
        <w:rPr>
          <w:rFonts w:ascii="Nirmala UI" w:hAnsi="Nirmala UI" w:cs="Nirmala UI" w:hint="cs"/>
          <w:cs/>
          <w:lang w:bidi="ne-NP"/>
        </w:rPr>
        <w:t xml:space="preserve"> भन्ने सोचेर </w:t>
      </w:r>
      <w:r w:rsidR="009D0498">
        <w:rPr>
          <w:rFonts w:ascii="Nirmala UI" w:hAnsi="Nirmala UI" w:cs="Nirmala UI" w:hint="cs"/>
          <w:cs/>
          <w:lang w:bidi="ne-NP"/>
        </w:rPr>
        <w:t>व्यक्तिको आवश्यकता र अवस्थालाई वेवास्ता गरी जुनसुकै ह्वीलचेयर प्रयोग गरियो वा वितरण गरियो भने यसले प्रयोगकर्तालाई विभिन्न वेफाइदाहरू पुर्‍याउन सक्छ । यस्ता केहि वेफाइदाहरूको बारेमा तल उल्लेख गरिएको छ ।</w:t>
      </w:r>
      <w:r w:rsidRPr="001336EE">
        <w:rPr>
          <w:rFonts w:ascii="Nirmala UI" w:hAnsi="Nirmala UI" w:cs="Nirmala UI"/>
          <w:cs/>
          <w:lang w:bidi="hi-IN"/>
        </w:rPr>
        <w:t xml:space="preserve">  </w:t>
      </w:r>
    </w:p>
    <w:p w14:paraId="70069DE3" w14:textId="32EB9BB8" w:rsidR="00001BF5" w:rsidRPr="001336EE" w:rsidRDefault="00000000" w:rsidP="008606D2">
      <w:pPr>
        <w:pStyle w:val="ListParagraph"/>
        <w:numPr>
          <w:ilvl w:val="0"/>
          <w:numId w:val="14"/>
        </w:numPr>
        <w:rPr>
          <w:rFonts w:ascii="Nirmala UI" w:hAnsi="Nirmala UI" w:cs="Nirmala UI"/>
        </w:rPr>
      </w:pPr>
      <w:r w:rsidRPr="009D0498">
        <w:rPr>
          <w:rFonts w:ascii="Nirmala UI" w:hAnsi="Nirmala UI" w:cs="Nirmala UI"/>
          <w:b/>
          <w:bCs/>
          <w:i/>
          <w:iCs/>
        </w:rPr>
        <w:t>स्वास्थ्य समस्या बढ्ने –</w:t>
      </w:r>
      <w:r w:rsidRPr="001336EE">
        <w:rPr>
          <w:rFonts w:ascii="Nirmala UI" w:hAnsi="Nirmala UI" w:cs="Nirmala UI"/>
        </w:rPr>
        <w:t xml:space="preserve"> छालामा</w:t>
      </w:r>
      <w:r w:rsidR="004A38DC">
        <w:rPr>
          <w:rFonts w:ascii="Nirmala UI" w:hAnsi="Nirmala UI" w:cs="Nirmala UI"/>
        </w:rPr>
        <w:t xml:space="preserve"> </w:t>
      </w:r>
      <w:r w:rsidR="004A38DC">
        <w:rPr>
          <w:rFonts w:ascii="Nirmala UI" w:hAnsi="Nirmala UI" w:cs="Nirmala UI" w:hint="cs"/>
          <w:cs/>
          <w:lang w:bidi="ne-NP"/>
        </w:rPr>
        <w:t xml:space="preserve">दवावले हुने घाउ </w:t>
      </w:r>
      <w:r w:rsidR="004A38DC">
        <w:rPr>
          <w:rFonts w:ascii="Nirmala UI" w:hAnsi="Nirmala UI" w:cs="Nirmala UI"/>
          <w:lang w:bidi="ne-NP"/>
        </w:rPr>
        <w:t xml:space="preserve">(Pressure sore) </w:t>
      </w:r>
      <w:r w:rsidR="004A38DC">
        <w:rPr>
          <w:rFonts w:ascii="Nirmala UI" w:hAnsi="Nirmala UI" w:cs="Nirmala UI" w:hint="cs"/>
          <w:cs/>
          <w:lang w:bidi="ne-NP"/>
        </w:rPr>
        <w:t>हुने</w:t>
      </w:r>
      <w:r w:rsidRPr="001336EE">
        <w:rPr>
          <w:rFonts w:ascii="Nirmala UI" w:hAnsi="Nirmala UI" w:cs="Nirmala UI"/>
        </w:rPr>
        <w:t>, मेरुदण्ड विकृति</w:t>
      </w:r>
      <w:r w:rsidR="004A38DC">
        <w:rPr>
          <w:rFonts w:ascii="Nirmala UI" w:hAnsi="Nirmala UI" w:cs="Nirmala UI" w:hint="cs"/>
          <w:cs/>
          <w:lang w:bidi="ne-NP"/>
        </w:rPr>
        <w:t xml:space="preserve"> हुने</w:t>
      </w:r>
      <w:r w:rsidRPr="001336EE">
        <w:rPr>
          <w:rFonts w:ascii="Nirmala UI" w:hAnsi="Nirmala UI" w:cs="Nirmala UI"/>
        </w:rPr>
        <w:t xml:space="preserve">, </w:t>
      </w:r>
      <w:r w:rsidR="004A38DC">
        <w:rPr>
          <w:rFonts w:ascii="Nirmala UI" w:hAnsi="Nirmala UI" w:cs="Nirmala UI" w:hint="cs"/>
          <w:cs/>
          <w:lang w:bidi="ne-NP"/>
        </w:rPr>
        <w:t xml:space="preserve">ढाड र </w:t>
      </w:r>
      <w:r w:rsidRPr="001336EE">
        <w:rPr>
          <w:rFonts w:ascii="Nirmala UI" w:hAnsi="Nirmala UI" w:cs="Nirmala UI"/>
        </w:rPr>
        <w:t>जोर्नी दुखाइ</w:t>
      </w:r>
      <w:r w:rsidR="00DF22F4">
        <w:rPr>
          <w:rFonts w:ascii="Nirmala UI" w:hAnsi="Nirmala UI" w:cs="Nirmala UI" w:hint="cs"/>
          <w:cs/>
          <w:lang w:bidi="ne-NP"/>
        </w:rPr>
        <w:t xml:space="preserve"> बढ्ने, मांसपेशीहरू च्यापिने र यसको </w:t>
      </w:r>
      <w:r w:rsidRPr="001336EE">
        <w:rPr>
          <w:rFonts w:ascii="Nirmala UI" w:hAnsi="Nirmala UI" w:cs="Nirmala UI"/>
        </w:rPr>
        <w:t>असन्तुलन</w:t>
      </w:r>
      <w:r w:rsidR="008606D2" w:rsidRPr="001336EE">
        <w:rPr>
          <w:rFonts w:ascii="Nirmala UI" w:hAnsi="Nirmala UI" w:cs="Nirmala UI"/>
          <w:cs/>
          <w:lang w:bidi="ne-NP"/>
        </w:rPr>
        <w:t xml:space="preserve"> बढ्न सक्छ ।</w:t>
      </w:r>
    </w:p>
    <w:p w14:paraId="48E3F7B7" w14:textId="1D341205" w:rsidR="00001BF5" w:rsidRPr="001336EE" w:rsidRDefault="00000000" w:rsidP="008606D2">
      <w:pPr>
        <w:pStyle w:val="ListParagraph"/>
        <w:numPr>
          <w:ilvl w:val="0"/>
          <w:numId w:val="14"/>
        </w:numPr>
        <w:rPr>
          <w:rFonts w:ascii="Nirmala UI" w:hAnsi="Nirmala UI" w:cs="Nirmala UI"/>
        </w:rPr>
      </w:pPr>
      <w:r w:rsidRPr="009D0498">
        <w:rPr>
          <w:rFonts w:ascii="Nirmala UI" w:hAnsi="Nirmala UI" w:cs="Nirmala UI"/>
          <w:b/>
          <w:bCs/>
          <w:i/>
          <w:iCs/>
        </w:rPr>
        <w:t>सुरक्षामा खतरा –</w:t>
      </w:r>
      <w:r w:rsidRPr="001336EE">
        <w:rPr>
          <w:rFonts w:ascii="Nirmala UI" w:hAnsi="Nirmala UI" w:cs="Nirmala UI"/>
        </w:rPr>
        <w:t xml:space="preserve"> ह्विलचेयर असन्तुलित भएर पल्टिन सक्ने वा घाइते हुने सम्भावना</w:t>
      </w:r>
      <w:r w:rsidR="004C1D68" w:rsidRPr="001336EE">
        <w:rPr>
          <w:rFonts w:ascii="Nirmala UI" w:hAnsi="Nirmala UI" w:cs="Nirmala UI"/>
          <w:cs/>
          <w:lang w:bidi="ne-NP"/>
        </w:rPr>
        <w:t xml:space="preserve"> बढ्न सक्छ ।</w:t>
      </w:r>
    </w:p>
    <w:p w14:paraId="6CA2F0D5" w14:textId="79134395" w:rsidR="00001BF5" w:rsidRPr="001336EE" w:rsidRDefault="00000000" w:rsidP="008606D2">
      <w:pPr>
        <w:pStyle w:val="ListParagraph"/>
        <w:numPr>
          <w:ilvl w:val="0"/>
          <w:numId w:val="14"/>
        </w:numPr>
        <w:rPr>
          <w:rFonts w:ascii="Nirmala UI" w:hAnsi="Nirmala UI" w:cs="Nirmala UI"/>
        </w:rPr>
      </w:pPr>
      <w:r w:rsidRPr="009D0498">
        <w:rPr>
          <w:rFonts w:ascii="Nirmala UI" w:hAnsi="Nirmala UI" w:cs="Nirmala UI"/>
          <w:b/>
          <w:bCs/>
          <w:i/>
          <w:iCs/>
        </w:rPr>
        <w:lastRenderedPageBreak/>
        <w:t>दैनिक प्रयोगमा कठिनाई –</w:t>
      </w:r>
      <w:r w:rsidRPr="001336EE">
        <w:rPr>
          <w:rFonts w:ascii="Nirmala UI" w:hAnsi="Nirmala UI" w:cs="Nirmala UI"/>
        </w:rPr>
        <w:t xml:space="preserve"> घरभित्र, विद्यालय वा काम गर्ने ठाउँमा हिँडडुल गर्न असजिलो</w:t>
      </w:r>
      <w:r w:rsidR="002B0DDC" w:rsidRPr="001336EE">
        <w:rPr>
          <w:rFonts w:ascii="Nirmala UI" w:hAnsi="Nirmala UI" w:cs="Nirmala UI"/>
          <w:cs/>
          <w:lang w:bidi="ne-NP"/>
        </w:rPr>
        <w:t xml:space="preserve"> हुन्छ ।</w:t>
      </w:r>
    </w:p>
    <w:p w14:paraId="41FE14EA" w14:textId="2C743B2C" w:rsidR="00001BF5" w:rsidRPr="001336EE" w:rsidRDefault="00000000" w:rsidP="008606D2">
      <w:pPr>
        <w:pStyle w:val="ListParagraph"/>
        <w:numPr>
          <w:ilvl w:val="0"/>
          <w:numId w:val="14"/>
        </w:numPr>
        <w:rPr>
          <w:rFonts w:ascii="Nirmala UI" w:hAnsi="Nirmala UI" w:cs="Nirmala UI"/>
        </w:rPr>
      </w:pPr>
      <w:r w:rsidRPr="009D0498">
        <w:rPr>
          <w:rFonts w:ascii="Nirmala UI" w:hAnsi="Nirmala UI" w:cs="Nirmala UI"/>
          <w:b/>
          <w:bCs/>
          <w:i/>
          <w:iCs/>
        </w:rPr>
        <w:t xml:space="preserve">सामाजिक </w:t>
      </w:r>
      <w:r w:rsidR="009D0498" w:rsidRPr="009D0498">
        <w:rPr>
          <w:rFonts w:ascii="Nirmala UI" w:hAnsi="Nirmala UI" w:cs="Nirmala UI" w:hint="cs"/>
          <w:b/>
          <w:bCs/>
          <w:i/>
          <w:iCs/>
          <w:cs/>
          <w:lang w:bidi="ne-NP"/>
        </w:rPr>
        <w:t>सहभागितामा समस्या</w:t>
      </w:r>
      <w:r w:rsidRPr="009D0498">
        <w:rPr>
          <w:rFonts w:ascii="Nirmala UI" w:hAnsi="Nirmala UI" w:cs="Nirmala UI"/>
          <w:b/>
          <w:bCs/>
          <w:i/>
          <w:iCs/>
        </w:rPr>
        <w:t xml:space="preserve"> –</w:t>
      </w:r>
      <w:r w:rsidRPr="001336EE">
        <w:rPr>
          <w:rFonts w:ascii="Nirmala UI" w:hAnsi="Nirmala UI" w:cs="Nirmala UI"/>
        </w:rPr>
        <w:t xml:space="preserve"> </w:t>
      </w:r>
      <w:r w:rsidR="009D0498">
        <w:rPr>
          <w:rFonts w:ascii="Nirmala UI" w:hAnsi="Nirmala UI" w:cs="Nirmala UI" w:hint="cs"/>
          <w:cs/>
          <w:lang w:bidi="ne-NP"/>
        </w:rPr>
        <w:t xml:space="preserve">ह्वीलचेयर अप्ठ्यारो हुँदा व्यक्तिले यसको उपयोग कम गर्न थाल्छ जसले गर्दा उसको सहभागितामा पनि प्रभाव पर्छ । </w:t>
      </w:r>
    </w:p>
    <w:p w14:paraId="4B752076" w14:textId="714103D1" w:rsidR="00001BF5" w:rsidRPr="009D0498" w:rsidRDefault="009D0498" w:rsidP="009D0498">
      <w:pPr>
        <w:pStyle w:val="ListParagraph"/>
        <w:numPr>
          <w:ilvl w:val="0"/>
          <w:numId w:val="14"/>
        </w:numPr>
        <w:rPr>
          <w:rFonts w:ascii="Nirmala UI" w:hAnsi="Nirmala UI" w:cs="Nirmala UI"/>
        </w:rPr>
      </w:pPr>
      <w:r w:rsidRPr="00DF22F4">
        <w:rPr>
          <w:rFonts w:ascii="Nirmala UI" w:hAnsi="Nirmala UI" w:cs="Nirmala UI" w:hint="cs"/>
          <w:b/>
          <w:bCs/>
          <w:i/>
          <w:iCs/>
          <w:cs/>
          <w:lang w:bidi="ne-NP"/>
        </w:rPr>
        <w:t xml:space="preserve">अनावश्यक आर्थिक भार </w:t>
      </w:r>
      <w:r w:rsidRPr="00DF22F4">
        <w:rPr>
          <w:rFonts w:ascii="Nirmala UI" w:hAnsi="Nirmala UI" w:cs="Nirmala UI"/>
          <w:b/>
          <w:bCs/>
          <w:i/>
          <w:iCs/>
        </w:rPr>
        <w:t>–</w:t>
      </w:r>
      <w:r w:rsidRPr="001336EE">
        <w:rPr>
          <w:rFonts w:ascii="Nirmala UI" w:hAnsi="Nirmala UI" w:cs="Nirmala UI"/>
        </w:rPr>
        <w:t xml:space="preserve"> </w:t>
      </w:r>
      <w:r>
        <w:rPr>
          <w:rFonts w:ascii="Nirmala UI" w:hAnsi="Nirmala UI" w:cs="Nirmala UI" w:hint="cs"/>
          <w:cs/>
          <w:lang w:bidi="ne-NP"/>
        </w:rPr>
        <w:t>यदि पाएको सामाग्री उपयुक्त नभएको कारण उपयोग गर्न सकिएन वा जबरजस्ती प्रयोग गर्दा स्वास्थ्यमा समस्याहरू आयो भने सेवा दिनेलाई र प्रयोकर्ता दुवैलाई यसले अनावश्यक आर्थिक भार पनि बढाउँछ ।</w:t>
      </w:r>
      <w:r w:rsidR="00FC6105" w:rsidRPr="009D0498">
        <w:rPr>
          <w:rFonts w:ascii="Nirmala UI" w:hAnsi="Nirmala UI" w:cs="Nirmala UI"/>
          <w:cs/>
          <w:lang w:bidi="ne-NP"/>
        </w:rPr>
        <w:t xml:space="preserve"> </w:t>
      </w:r>
      <w:r w:rsidR="00AE645C" w:rsidRPr="009D0498">
        <w:rPr>
          <w:rFonts w:ascii="Nirmala UI" w:hAnsi="Nirmala UI" w:cs="Nirmala UI"/>
          <w:cs/>
          <w:lang w:bidi="ne-NP"/>
        </w:rPr>
        <w:t xml:space="preserve">  </w:t>
      </w:r>
    </w:p>
    <w:p w14:paraId="54EA8A13" w14:textId="587E532B" w:rsidR="00626A02" w:rsidRPr="00DF22F4" w:rsidRDefault="00000000" w:rsidP="00DF22F4">
      <w:pPr>
        <w:pStyle w:val="ListParagraph"/>
        <w:numPr>
          <w:ilvl w:val="0"/>
          <w:numId w:val="14"/>
        </w:numPr>
        <w:rPr>
          <w:rFonts w:ascii="Nirmala UI" w:hAnsi="Nirmala UI" w:cs="Nirmala UI"/>
        </w:rPr>
      </w:pPr>
      <w:r w:rsidRPr="009D0498">
        <w:rPr>
          <w:rFonts w:ascii="Nirmala UI" w:hAnsi="Nirmala UI" w:cs="Nirmala UI"/>
          <w:b/>
          <w:bCs/>
          <w:i/>
          <w:iCs/>
        </w:rPr>
        <w:t>आत्मविश्वास घट्ने –</w:t>
      </w:r>
      <w:r w:rsidRPr="001336EE">
        <w:rPr>
          <w:rFonts w:ascii="Nirmala UI" w:hAnsi="Nirmala UI" w:cs="Nirmala UI"/>
        </w:rPr>
        <w:t xml:space="preserve"> असजिलो वा पीडादायी भएकोले प्रयोगकर्तामा निराशा बढ्</w:t>
      </w:r>
      <w:r w:rsidR="00704D86" w:rsidRPr="001336EE">
        <w:rPr>
          <w:rFonts w:ascii="Nirmala UI" w:hAnsi="Nirmala UI" w:cs="Nirmala UI"/>
          <w:cs/>
          <w:lang w:bidi="ne-NP"/>
        </w:rPr>
        <w:t>न सक्छ ।</w:t>
      </w:r>
    </w:p>
    <w:p w14:paraId="7D2E53FA" w14:textId="1AB4EB32" w:rsidR="00BF448C" w:rsidRPr="00DF22F4" w:rsidRDefault="00BF448C" w:rsidP="00F76B04">
      <w:pPr>
        <w:rPr>
          <w:rFonts w:ascii="Nirmala UI" w:hAnsi="Nirmala UI" w:cs="Nirmala UI"/>
          <w:b/>
          <w:bCs/>
          <w:lang w:bidi="ne-NP"/>
        </w:rPr>
      </w:pPr>
      <w:r w:rsidRPr="00DF22F4">
        <w:rPr>
          <w:rFonts w:ascii="Nirmala UI" w:hAnsi="Nirmala UI" w:cs="Nirmala UI"/>
          <w:b/>
          <w:bCs/>
          <w:cs/>
          <w:lang w:bidi="ne-NP"/>
        </w:rPr>
        <w:t>५</w:t>
      </w:r>
      <w:r w:rsidRPr="00DF22F4">
        <w:rPr>
          <w:rFonts w:ascii="Nirmala UI" w:hAnsi="Nirmala UI" w:cs="Nirmala UI"/>
          <w:b/>
          <w:bCs/>
          <w:lang w:bidi="ne-NP"/>
        </w:rPr>
        <w:t xml:space="preserve">. </w:t>
      </w:r>
      <w:r w:rsidRPr="00DF22F4">
        <w:rPr>
          <w:rFonts w:ascii="Nirmala UI" w:hAnsi="Nirmala UI" w:cs="Nirmala UI"/>
          <w:b/>
          <w:bCs/>
          <w:cs/>
          <w:lang w:bidi="ne-NP"/>
        </w:rPr>
        <w:t xml:space="preserve">ह्वीलचियरको रेखदेख, मर्मत तथा संभार </w:t>
      </w:r>
    </w:p>
    <w:p w14:paraId="1A272680" w14:textId="0AB19BDE" w:rsidR="00892B6D" w:rsidRPr="00DF22F4" w:rsidRDefault="00892B6D" w:rsidP="00892B6D">
      <w:pPr>
        <w:rPr>
          <w:rFonts w:ascii="Nirmala UI" w:hAnsi="Nirmala UI" w:cs="Nirmala UI"/>
        </w:rPr>
      </w:pPr>
      <w:r w:rsidRPr="00DF22F4">
        <w:rPr>
          <w:rFonts w:ascii="Nirmala UI" w:hAnsi="Nirmala UI" w:cs="Nirmala UI"/>
          <w:cs/>
          <w:lang w:bidi="ne-NP"/>
        </w:rPr>
        <w:t>ह्विलचेयर</w:t>
      </w:r>
      <w:r w:rsidR="00935F78">
        <w:rPr>
          <w:rFonts w:ascii="Nirmala UI" w:hAnsi="Nirmala UI" w:cs="Nirmala UI" w:hint="cs"/>
          <w:cs/>
          <w:lang w:bidi="ne-NP"/>
        </w:rPr>
        <w:t xml:space="preserve"> यसको प्रयोगकर्ताको लागि सामान्य वस्तु होइन ।</w:t>
      </w:r>
      <w:r w:rsidR="0021177E">
        <w:rPr>
          <w:rFonts w:ascii="Nirmala UI" w:hAnsi="Nirmala UI" w:cs="Nirmala UI" w:hint="cs"/>
          <w:cs/>
          <w:lang w:bidi="ne-NP"/>
        </w:rPr>
        <w:t xml:space="preserve"> किनभने</w:t>
      </w:r>
      <w:r w:rsidR="00935F78">
        <w:rPr>
          <w:rFonts w:ascii="Nirmala UI" w:hAnsi="Nirmala UI" w:cs="Nirmala UI" w:hint="cs"/>
          <w:cs/>
          <w:lang w:bidi="ne-NP"/>
        </w:rPr>
        <w:t xml:space="preserve"> यो </w:t>
      </w:r>
      <w:r w:rsidR="0021177E">
        <w:rPr>
          <w:rFonts w:ascii="Nirmala UI" w:hAnsi="Nirmala UI" w:cs="Nirmala UI" w:hint="cs"/>
          <w:cs/>
          <w:lang w:bidi="ne-NP"/>
        </w:rPr>
        <w:t>प्रयोगकर्ताको सामान्य हिँडडुल देखि लिएर</w:t>
      </w:r>
      <w:r w:rsidR="00935F78">
        <w:rPr>
          <w:rFonts w:ascii="Nirmala UI" w:hAnsi="Nirmala UI" w:cs="Nirmala UI" w:hint="cs"/>
          <w:cs/>
          <w:lang w:bidi="ne-NP"/>
        </w:rPr>
        <w:t xml:space="preserve"> दैनिक </w:t>
      </w:r>
      <w:r w:rsidR="0021177E">
        <w:rPr>
          <w:rFonts w:ascii="Nirmala UI" w:hAnsi="Nirmala UI" w:cs="Nirmala UI" w:hint="cs"/>
          <w:cs/>
          <w:lang w:bidi="ne-NP"/>
        </w:rPr>
        <w:t>कृयाकलाप</w:t>
      </w:r>
      <w:r w:rsidR="00935F78">
        <w:rPr>
          <w:rFonts w:ascii="Nirmala UI" w:hAnsi="Nirmala UI" w:cs="Nirmala UI" w:hint="cs"/>
          <w:cs/>
          <w:lang w:bidi="ne-NP"/>
        </w:rPr>
        <w:t>,</w:t>
      </w:r>
      <w:r w:rsidR="0021177E">
        <w:rPr>
          <w:rFonts w:ascii="Nirmala UI" w:hAnsi="Nirmala UI" w:cs="Nirmala UI" w:hint="cs"/>
          <w:cs/>
          <w:lang w:bidi="ne-NP"/>
        </w:rPr>
        <w:t xml:space="preserve"> कामकाज, शिक्षा, सेवा सुविधामा पहुँच र सामाजिक सहभागिता सम्म प्रत्यक्ष जोडिन्छ । तसर्थ यसको राम्रो रेखदेख, सुरक्षा र मर्मत सम्भार हुनु पर्छ ।  </w:t>
      </w:r>
      <w:r w:rsidRPr="00DF22F4">
        <w:rPr>
          <w:rFonts w:ascii="Nirmala UI" w:hAnsi="Nirmala UI" w:cs="Nirmala UI"/>
          <w:cs/>
          <w:lang w:bidi="ne-NP"/>
        </w:rPr>
        <w:t>ह्विलचेयर एल्मुनियम</w:t>
      </w:r>
      <w:r w:rsidRPr="00DF22F4">
        <w:rPr>
          <w:rFonts w:ascii="Nirmala UI" w:hAnsi="Nirmala UI" w:cs="Nirmala UI"/>
        </w:rPr>
        <w:t xml:space="preserve">, </w:t>
      </w:r>
      <w:r w:rsidRPr="00DF22F4">
        <w:rPr>
          <w:rFonts w:ascii="Nirmala UI" w:hAnsi="Nirmala UI" w:cs="Nirmala UI"/>
          <w:cs/>
          <w:lang w:bidi="ne-NP"/>
        </w:rPr>
        <w:t>फलाम</w:t>
      </w:r>
      <w:r w:rsidRPr="00DF22F4">
        <w:rPr>
          <w:rFonts w:ascii="Nirmala UI" w:hAnsi="Nirmala UI" w:cs="Nirmala UI"/>
        </w:rPr>
        <w:t xml:space="preserve">, </w:t>
      </w:r>
      <w:r w:rsidRPr="00DF22F4">
        <w:rPr>
          <w:rFonts w:ascii="Nirmala UI" w:hAnsi="Nirmala UI" w:cs="Nirmala UI"/>
          <w:cs/>
          <w:lang w:bidi="ne-NP"/>
        </w:rPr>
        <w:t>प्लास्टिक</w:t>
      </w:r>
      <w:r w:rsidRPr="00DF22F4">
        <w:rPr>
          <w:rFonts w:ascii="Nirmala UI" w:hAnsi="Nirmala UI" w:cs="Nirmala UI"/>
        </w:rPr>
        <w:t xml:space="preserve">, </w:t>
      </w:r>
      <w:r w:rsidRPr="00DF22F4">
        <w:rPr>
          <w:rFonts w:ascii="Nirmala UI" w:hAnsi="Nirmala UI" w:cs="Nirmala UI"/>
          <w:cs/>
          <w:lang w:bidi="ne-NP"/>
        </w:rPr>
        <w:t>कपडा</w:t>
      </w:r>
      <w:r w:rsidRPr="00DF22F4">
        <w:rPr>
          <w:rFonts w:ascii="Nirmala UI" w:hAnsi="Nirmala UI" w:cs="Nirmala UI"/>
        </w:rPr>
        <w:t xml:space="preserve">, </w:t>
      </w:r>
      <w:r w:rsidRPr="00DF22F4">
        <w:rPr>
          <w:rFonts w:ascii="Nirmala UI" w:hAnsi="Nirmala UI" w:cs="Nirmala UI"/>
          <w:cs/>
          <w:lang w:bidi="ne-NP"/>
        </w:rPr>
        <w:t>रबर आदि सामग्रीको प्रयोग गरेर बनाइन्छ। यसमा विभिन्न प्रकारका पेच</w:t>
      </w:r>
      <w:r w:rsidR="00DA4947">
        <w:rPr>
          <w:rFonts w:ascii="Nirmala UI" w:hAnsi="Nirmala UI" w:cs="Nirmala UI" w:hint="cs"/>
          <w:cs/>
          <w:lang w:bidi="ne-NP"/>
        </w:rPr>
        <w:t>, स्क्रु, नट बोल्टहरू</w:t>
      </w:r>
      <w:r w:rsidRPr="00DF22F4">
        <w:rPr>
          <w:rFonts w:ascii="Nirmala UI" w:hAnsi="Nirmala UI" w:cs="Nirmala UI"/>
          <w:cs/>
          <w:lang w:bidi="ne-NP"/>
        </w:rPr>
        <w:t xml:space="preserve"> प्रयोग गरिएको हुन्छ। </w:t>
      </w:r>
      <w:r w:rsidR="00DA4947">
        <w:rPr>
          <w:rFonts w:ascii="Nirmala UI" w:hAnsi="Nirmala UI" w:cs="Nirmala UI" w:hint="cs"/>
          <w:cs/>
          <w:lang w:bidi="ne-NP"/>
        </w:rPr>
        <w:t xml:space="preserve">प्रयोग गर्दैजाँदा </w:t>
      </w:r>
      <w:r w:rsidRPr="00DF22F4">
        <w:rPr>
          <w:rFonts w:ascii="Nirmala UI" w:hAnsi="Nirmala UI" w:cs="Nirmala UI"/>
          <w:cs/>
          <w:lang w:bidi="ne-NP"/>
        </w:rPr>
        <w:t>पेच खुकुलो हुने</w:t>
      </w:r>
      <w:r w:rsidRPr="00DF22F4">
        <w:rPr>
          <w:rFonts w:ascii="Nirmala UI" w:hAnsi="Nirmala UI" w:cs="Nirmala UI"/>
        </w:rPr>
        <w:t xml:space="preserve">, </w:t>
      </w:r>
      <w:r w:rsidRPr="00DF22F4">
        <w:rPr>
          <w:rFonts w:ascii="Nirmala UI" w:hAnsi="Nirmala UI" w:cs="Nirmala UI"/>
          <w:cs/>
          <w:lang w:bidi="ne-NP"/>
        </w:rPr>
        <w:t>फलाममा खिया लाग्ने</w:t>
      </w:r>
      <w:r w:rsidRPr="00DF22F4">
        <w:rPr>
          <w:rFonts w:ascii="Nirmala UI" w:hAnsi="Nirmala UI" w:cs="Nirmala UI"/>
        </w:rPr>
        <w:t xml:space="preserve">, </w:t>
      </w:r>
      <w:r w:rsidRPr="00DF22F4">
        <w:rPr>
          <w:rFonts w:ascii="Nirmala UI" w:hAnsi="Nirmala UI" w:cs="Nirmala UI"/>
          <w:cs/>
          <w:lang w:bidi="ne-NP"/>
        </w:rPr>
        <w:t>कपडा च्यातिने</w:t>
      </w:r>
      <w:r w:rsidR="00DA4947">
        <w:rPr>
          <w:rFonts w:ascii="Nirmala UI" w:hAnsi="Nirmala UI" w:cs="Nirmala UI" w:hint="cs"/>
          <w:cs/>
          <w:lang w:bidi="ne-NP"/>
        </w:rPr>
        <w:t>, चक्काको टायर खिइने</w:t>
      </w:r>
      <w:r w:rsidRPr="00DF22F4">
        <w:rPr>
          <w:rFonts w:ascii="Nirmala UI" w:hAnsi="Nirmala UI" w:cs="Nirmala UI"/>
          <w:cs/>
          <w:lang w:bidi="ne-NP"/>
        </w:rPr>
        <w:t xml:space="preserve"> वा क्षति हुने</w:t>
      </w:r>
      <w:r w:rsidR="00DA4947">
        <w:rPr>
          <w:rFonts w:ascii="Nirmala UI" w:hAnsi="Nirmala UI" w:cs="Nirmala UI" w:hint="cs"/>
          <w:cs/>
          <w:lang w:bidi="ne-NP"/>
        </w:rPr>
        <w:t>, ब्रेक खुकुलो हुने, चक्काहरू जाम हुने, व्यारिङ खिइने</w:t>
      </w:r>
      <w:r w:rsidRPr="00DF22F4">
        <w:rPr>
          <w:rFonts w:ascii="Nirmala UI" w:hAnsi="Nirmala UI" w:cs="Nirmala UI"/>
          <w:cs/>
          <w:lang w:bidi="ne-NP"/>
        </w:rPr>
        <w:t xml:space="preserve"> जस्ता समस्या आउन सक्छन्। </w:t>
      </w:r>
      <w:r w:rsidR="00DA4947">
        <w:rPr>
          <w:rFonts w:ascii="Nirmala UI" w:hAnsi="Nirmala UI" w:cs="Nirmala UI" w:hint="cs"/>
          <w:cs/>
          <w:lang w:bidi="ne-NP"/>
        </w:rPr>
        <w:t>त्यसैले नियमित चेक जाँच र मर्मत सम्भार गरिएन भने दुर्घटना हुन सक्ने, प्रयोगमा असजिलो हुने, अचानक विभिन्न पार्ट पुर्जाहरूले काम गर्न छोड्ने जस्ता समस्याहरू आउँछन । तसर्थ यस्तो समस्या आउन नदिन</w:t>
      </w:r>
      <w:r w:rsidR="00E723DD">
        <w:rPr>
          <w:rFonts w:ascii="Nirmala UI" w:hAnsi="Nirmala UI" w:cs="Nirmala UI" w:hint="cs"/>
          <w:cs/>
          <w:lang w:bidi="ne-NP"/>
        </w:rPr>
        <w:t xml:space="preserve"> र ह्वीलचेयरलाई लामो समयसम्म टिकाउनको लागि </w:t>
      </w:r>
      <w:r w:rsidR="00DA4947">
        <w:rPr>
          <w:rFonts w:ascii="Nirmala UI" w:hAnsi="Nirmala UI" w:cs="Nirmala UI" w:hint="cs"/>
          <w:cs/>
          <w:lang w:bidi="ne-NP"/>
        </w:rPr>
        <w:t xml:space="preserve">ह्वीलचेयरको मर्मत सम्भारमा प्रयोगकर्ताले कम्तिमा निम्न कुराहरूमा ध्यान दिनुपर्छ । </w:t>
      </w:r>
    </w:p>
    <w:p w14:paraId="7E1E2736" w14:textId="59F6D1C8" w:rsidR="00892B6D" w:rsidRPr="00E723DD" w:rsidRDefault="00E723DD" w:rsidP="00E723DD">
      <w:pPr>
        <w:pStyle w:val="ListParagraph"/>
        <w:numPr>
          <w:ilvl w:val="1"/>
          <w:numId w:val="23"/>
        </w:numPr>
        <w:ind w:left="720" w:hanging="360"/>
        <w:rPr>
          <w:rFonts w:ascii="Nirmala UI" w:hAnsi="Nirmala UI" w:cs="Nirmala UI"/>
          <w:lang w:bidi="ne-NP"/>
        </w:rPr>
      </w:pPr>
      <w:r w:rsidRPr="00E723DD">
        <w:rPr>
          <w:rFonts w:ascii="Nirmala UI" w:hAnsi="Nirmala UI" w:cs="Nirmala UI" w:hint="cs"/>
          <w:cs/>
          <w:lang w:bidi="ne-NP"/>
        </w:rPr>
        <w:t xml:space="preserve">समयसमयमा </w:t>
      </w:r>
      <w:r w:rsidR="00892B6D" w:rsidRPr="00E723DD">
        <w:rPr>
          <w:rFonts w:ascii="Nirmala UI" w:hAnsi="Nirmala UI" w:cs="Nirmala UI"/>
          <w:cs/>
          <w:lang w:bidi="ne-NP"/>
        </w:rPr>
        <w:t>पेचहरू जाँच्ने र</w:t>
      </w:r>
      <w:r w:rsidRPr="00E723DD">
        <w:rPr>
          <w:rFonts w:ascii="Nirmala UI" w:hAnsi="Nirmala UI" w:cs="Nirmala UI" w:hint="cs"/>
          <w:cs/>
          <w:lang w:bidi="ne-NP"/>
        </w:rPr>
        <w:t xml:space="preserve"> खुकुला भएका छन भने</w:t>
      </w:r>
      <w:r w:rsidR="00892B6D" w:rsidRPr="00E723DD">
        <w:rPr>
          <w:rFonts w:ascii="Nirmala UI" w:hAnsi="Nirmala UI" w:cs="Nirmala UI"/>
          <w:cs/>
          <w:lang w:bidi="ne-NP"/>
        </w:rPr>
        <w:t xml:space="preserve"> कस्ने</w:t>
      </w:r>
    </w:p>
    <w:p w14:paraId="570BE2D1" w14:textId="77777777" w:rsidR="00E723DD" w:rsidRDefault="00E723DD" w:rsidP="00E723DD">
      <w:pPr>
        <w:pStyle w:val="ListParagraph"/>
        <w:numPr>
          <w:ilvl w:val="1"/>
          <w:numId w:val="23"/>
        </w:numPr>
        <w:ind w:left="720" w:hanging="360"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ne-NP"/>
        </w:rPr>
        <w:t xml:space="preserve">ह्वीलचेयरका विभिन्न पार्ट पुर्जाहरू सफा राख्ने </w:t>
      </w:r>
    </w:p>
    <w:p w14:paraId="77CC07BA" w14:textId="77777777" w:rsidR="00E723DD" w:rsidRDefault="00892B6D" w:rsidP="00E723DD">
      <w:pPr>
        <w:pStyle w:val="ListParagraph"/>
        <w:numPr>
          <w:ilvl w:val="1"/>
          <w:numId w:val="23"/>
        </w:numPr>
        <w:ind w:left="720" w:hanging="360"/>
        <w:rPr>
          <w:rFonts w:ascii="Nirmala UI" w:hAnsi="Nirmala UI" w:cs="Nirmala UI"/>
        </w:rPr>
      </w:pPr>
      <w:r w:rsidRPr="00E723DD">
        <w:rPr>
          <w:rFonts w:ascii="Nirmala UI" w:hAnsi="Nirmala UI" w:cs="Nirmala UI"/>
          <w:cs/>
          <w:lang w:bidi="ne-NP"/>
        </w:rPr>
        <w:t>कुसन तथा कपडाहरू</w:t>
      </w:r>
      <w:r w:rsidR="00E723DD" w:rsidRPr="00E723DD">
        <w:rPr>
          <w:rFonts w:ascii="Nirmala UI" w:hAnsi="Nirmala UI" w:cs="Nirmala UI" w:hint="cs"/>
          <w:cs/>
          <w:lang w:bidi="ne-NP"/>
        </w:rPr>
        <w:t xml:space="preserve"> नियमित</w:t>
      </w:r>
      <w:r w:rsidRPr="00E723DD">
        <w:rPr>
          <w:rFonts w:ascii="Nirmala UI" w:hAnsi="Nirmala UI" w:cs="Nirmala UI"/>
          <w:cs/>
          <w:lang w:bidi="ne-NP"/>
        </w:rPr>
        <w:t xml:space="preserve"> धुने वा सफा गर्ने</w:t>
      </w:r>
      <w:r w:rsidR="00E723DD" w:rsidRPr="00E723DD">
        <w:rPr>
          <w:rFonts w:ascii="Nirmala UI" w:hAnsi="Nirmala UI" w:cs="Nirmala UI" w:hint="cs"/>
          <w:cs/>
          <w:lang w:bidi="ne-NP"/>
        </w:rPr>
        <w:t xml:space="preserve"> </w:t>
      </w:r>
    </w:p>
    <w:p w14:paraId="02AC4062" w14:textId="77777777" w:rsidR="00E723DD" w:rsidRDefault="00892B6D" w:rsidP="00E723DD">
      <w:pPr>
        <w:pStyle w:val="ListParagraph"/>
        <w:numPr>
          <w:ilvl w:val="1"/>
          <w:numId w:val="23"/>
        </w:numPr>
        <w:ind w:left="720" w:hanging="360"/>
        <w:rPr>
          <w:rFonts w:ascii="Nirmala UI" w:hAnsi="Nirmala UI" w:cs="Nirmala UI"/>
        </w:rPr>
      </w:pPr>
      <w:r w:rsidRPr="00E723DD">
        <w:rPr>
          <w:rFonts w:ascii="Nirmala UI" w:hAnsi="Nirmala UI" w:cs="Nirmala UI"/>
          <w:cs/>
          <w:lang w:bidi="ne-NP"/>
        </w:rPr>
        <w:t>टायरमा हावा जाँच्ने र भर्ने</w:t>
      </w:r>
      <w:r w:rsidR="00E723DD" w:rsidRPr="00E723DD">
        <w:rPr>
          <w:rFonts w:ascii="Nirmala UI" w:hAnsi="Nirmala UI" w:cs="Nirmala UI" w:hint="cs"/>
          <w:cs/>
          <w:lang w:bidi="ne-NP"/>
        </w:rPr>
        <w:t xml:space="preserve"> </w:t>
      </w:r>
    </w:p>
    <w:p w14:paraId="2E187DC6" w14:textId="77777777" w:rsidR="00E723DD" w:rsidRDefault="00E723DD" w:rsidP="00E723DD">
      <w:pPr>
        <w:pStyle w:val="ListParagraph"/>
        <w:numPr>
          <w:ilvl w:val="1"/>
          <w:numId w:val="23"/>
        </w:numPr>
        <w:ind w:left="720" w:hanging="360"/>
        <w:rPr>
          <w:rFonts w:ascii="Nirmala UI" w:hAnsi="Nirmala UI" w:cs="Nirmala UI"/>
        </w:rPr>
      </w:pPr>
      <w:r w:rsidRPr="00E723DD">
        <w:rPr>
          <w:rFonts w:ascii="Nirmala UI" w:hAnsi="Nirmala UI" w:cs="Nirmala UI" w:hint="cs"/>
          <w:cs/>
          <w:lang w:bidi="ne-NP"/>
        </w:rPr>
        <w:t xml:space="preserve">पार्टपुर्जा वा फ्रेमका विभिन्न भागहरू जोडेको ठाउँमा, नट बोल्ट, ब्रेक आदिमा खिया लाग्न नदिन </w:t>
      </w:r>
      <w:r w:rsidR="00892B6D" w:rsidRPr="00E723DD">
        <w:rPr>
          <w:rFonts w:ascii="Nirmala UI" w:hAnsi="Nirmala UI" w:cs="Nirmala UI"/>
          <w:cs/>
          <w:lang w:bidi="ne-NP"/>
        </w:rPr>
        <w:t>तेल वा ग्री</w:t>
      </w:r>
      <w:r w:rsidRPr="00E723DD">
        <w:rPr>
          <w:rFonts w:ascii="Nirmala UI" w:hAnsi="Nirmala UI" w:cs="Nirmala UI" w:hint="cs"/>
          <w:cs/>
          <w:lang w:bidi="ne-NP"/>
        </w:rPr>
        <w:t>ज</w:t>
      </w:r>
      <w:r w:rsidR="00892B6D" w:rsidRPr="00E723DD">
        <w:rPr>
          <w:rFonts w:ascii="Nirmala UI" w:hAnsi="Nirmala UI" w:cs="Nirmala UI"/>
          <w:cs/>
          <w:lang w:bidi="ne-NP"/>
        </w:rPr>
        <w:t xml:space="preserve"> लगाउने</w:t>
      </w:r>
    </w:p>
    <w:p w14:paraId="4D7FD633" w14:textId="77777777" w:rsidR="00E723DD" w:rsidRDefault="00892B6D" w:rsidP="00E723DD">
      <w:pPr>
        <w:pStyle w:val="ListParagraph"/>
        <w:numPr>
          <w:ilvl w:val="1"/>
          <w:numId w:val="23"/>
        </w:numPr>
        <w:ind w:left="720" w:hanging="360"/>
        <w:rPr>
          <w:rFonts w:ascii="Nirmala UI" w:hAnsi="Nirmala UI" w:cs="Nirmala UI"/>
        </w:rPr>
      </w:pPr>
      <w:r w:rsidRPr="00E723DD">
        <w:rPr>
          <w:rFonts w:ascii="Nirmala UI" w:hAnsi="Nirmala UI" w:cs="Nirmala UI"/>
          <w:cs/>
          <w:lang w:bidi="ne-NP"/>
        </w:rPr>
        <w:t>प्रयोग</w:t>
      </w:r>
      <w:r w:rsidR="00E723DD">
        <w:rPr>
          <w:rFonts w:ascii="Nirmala UI" w:hAnsi="Nirmala UI" w:cs="Nirmala UI" w:hint="cs"/>
          <w:cs/>
          <w:lang w:bidi="ne-NP"/>
        </w:rPr>
        <w:t xml:space="preserve"> गर्ने क्रममा धुलो हिलो लागेको छ भने सफा गर्ने </w:t>
      </w:r>
    </w:p>
    <w:p w14:paraId="6A6A94DC" w14:textId="77777777" w:rsidR="00E723DD" w:rsidRDefault="00E723DD" w:rsidP="00E723DD">
      <w:pPr>
        <w:pStyle w:val="ListParagraph"/>
        <w:numPr>
          <w:ilvl w:val="1"/>
          <w:numId w:val="23"/>
        </w:numPr>
        <w:ind w:left="720" w:hanging="360"/>
        <w:rPr>
          <w:rFonts w:ascii="Nirmala UI" w:hAnsi="Nirmala UI" w:cs="Nirmala UI"/>
          <w:lang w:bidi="ne-NP"/>
        </w:rPr>
      </w:pPr>
      <w:r w:rsidRPr="00E723DD">
        <w:rPr>
          <w:rFonts w:ascii="Nirmala UI" w:hAnsi="Nirmala UI" w:cs="Nirmala UI" w:hint="cs"/>
          <w:cs/>
          <w:lang w:bidi="ne-NP"/>
        </w:rPr>
        <w:t>जस्तो पायो त्यस्तो सतहमा नगुडाउने । अथवा उपयुक्त नहुने सतहमा नगुडाउने ।</w:t>
      </w:r>
    </w:p>
    <w:p w14:paraId="3B022C22" w14:textId="3AF25476" w:rsidR="00892B6D" w:rsidRPr="00E723DD" w:rsidRDefault="00892B6D" w:rsidP="00E723DD">
      <w:pPr>
        <w:pStyle w:val="ListParagraph"/>
        <w:numPr>
          <w:ilvl w:val="1"/>
          <w:numId w:val="23"/>
        </w:numPr>
        <w:ind w:left="720" w:hanging="360"/>
        <w:rPr>
          <w:rFonts w:ascii="Nirmala UI" w:hAnsi="Nirmala UI" w:cs="Nirmala UI"/>
          <w:cs/>
          <w:lang w:bidi="ne-NP"/>
        </w:rPr>
      </w:pPr>
      <w:r w:rsidRPr="00E723DD">
        <w:rPr>
          <w:rFonts w:ascii="Nirmala UI" w:hAnsi="Nirmala UI" w:cs="Nirmala UI"/>
          <w:cs/>
          <w:lang w:bidi="ne-NP"/>
        </w:rPr>
        <w:t>ह्विलचेयर</w:t>
      </w:r>
      <w:r w:rsidR="00E723DD">
        <w:rPr>
          <w:rFonts w:ascii="Nirmala UI" w:hAnsi="Nirmala UI" w:cs="Nirmala UI" w:hint="cs"/>
          <w:cs/>
          <w:lang w:bidi="ne-NP"/>
        </w:rPr>
        <w:t>मा सामानहरू ओसारपसार गर्ने काम नगर्ने र</w:t>
      </w:r>
      <w:r w:rsidRPr="00E723DD">
        <w:rPr>
          <w:rFonts w:ascii="Nirmala UI" w:hAnsi="Nirmala UI" w:cs="Nirmala UI"/>
          <w:cs/>
          <w:lang w:bidi="ne-NP"/>
        </w:rPr>
        <w:t xml:space="preserve"> बालबालिकालाई खेल्न नदिने</w:t>
      </w:r>
    </w:p>
    <w:p w14:paraId="1AA71B3F" w14:textId="2083D926" w:rsidR="00001BF5" w:rsidRPr="00E723DD" w:rsidRDefault="00000000" w:rsidP="00F76B04">
      <w:pPr>
        <w:rPr>
          <w:rFonts w:ascii="Nirmala UI" w:hAnsi="Nirmala UI" w:cs="Nirmala UI"/>
          <w:b/>
          <w:bCs/>
        </w:rPr>
      </w:pPr>
      <w:r w:rsidRPr="00E723DD">
        <w:rPr>
          <w:rFonts w:ascii="Nirmala UI" w:hAnsi="Nirmala UI" w:cs="Nirmala UI"/>
          <w:b/>
          <w:bCs/>
        </w:rPr>
        <w:t>६. निष्कर्ष र सन्देश</w:t>
      </w:r>
    </w:p>
    <w:p w14:paraId="17CD0BDE" w14:textId="77777777" w:rsidR="00001BF5" w:rsidRPr="001336EE" w:rsidRDefault="00000000" w:rsidP="00F76B04">
      <w:pPr>
        <w:rPr>
          <w:rFonts w:ascii="Nirmala UI" w:hAnsi="Nirmala UI" w:cs="Nirmala UI"/>
          <w:lang w:bidi="ne-NP"/>
        </w:rPr>
      </w:pPr>
      <w:r w:rsidRPr="001336EE">
        <w:rPr>
          <w:rFonts w:ascii="Nirmala UI" w:hAnsi="Nirmala UI" w:cs="Nirmala UI"/>
        </w:rPr>
        <w:t>ह्विलचेयर वितरण मात्र उपकरण दिने कुरा होइन, यो प्रयोगकर्ताको स्वास्थ्य, जीवनस्तर र सामाजिक सहभागितासँग प्रत्यक्ष सम्बन्धित छ। उचित मूल्याङ्कन बिना ह्विलचेयर दिनु स्वास्थ्य, सामाजिक र आर्थिक दृष्टिले हानिकारक हुन सक्छ। उचित मूल्याङ्कन गरेर मात्र ह्विलचेयर वितरण गर्ने हो भने स्वास्थ्य समस्या रोकथाम हुन्छ, स्वतन्त्रता र आत्मनिर्भरता बढ्छ, शिक्षा, रोजगारी र समाजमा सक्रिय सहभागिता सम्भव हुन्छ। त्यसैले, ह्विलचेयर वितरण कार्यक्रममा फिजियोथेरापिस्ट, ओक्युपेशनल थेरापिस्ट वा तालिमप्राप्त स्वास्थ्यकर्मीको संलग्नता अनिवार्य हुन्छ।</w:t>
      </w:r>
    </w:p>
    <w:p w14:paraId="76D6222C" w14:textId="77777777" w:rsidR="00217025" w:rsidRPr="0031437F" w:rsidRDefault="00BF448C" w:rsidP="00F76B04">
      <w:pPr>
        <w:rPr>
          <w:rFonts w:ascii="Nirmala UI" w:hAnsi="Nirmala UI" w:cs="Nirmala UI"/>
          <w:b/>
          <w:bCs/>
        </w:rPr>
      </w:pPr>
      <w:r w:rsidRPr="0031437F">
        <w:rPr>
          <w:rFonts w:ascii="Nirmala UI" w:hAnsi="Nirmala UI" w:cs="Nirmala UI"/>
          <w:b/>
          <w:bCs/>
          <w:cs/>
          <w:lang w:bidi="ne-NP"/>
        </w:rPr>
        <w:lastRenderedPageBreak/>
        <w:t>७</w:t>
      </w:r>
      <w:r w:rsidRPr="0031437F">
        <w:rPr>
          <w:rFonts w:ascii="Nirmala UI" w:hAnsi="Nirmala UI" w:cs="Nirmala UI"/>
          <w:b/>
          <w:bCs/>
        </w:rPr>
        <w:t xml:space="preserve">. </w:t>
      </w:r>
      <w:r w:rsidRPr="0031437F">
        <w:rPr>
          <w:rFonts w:ascii="Nirmala UI" w:hAnsi="Nirmala UI" w:cs="Nirmala UI"/>
          <w:b/>
          <w:bCs/>
          <w:cs/>
          <w:lang w:bidi="ne-NP"/>
        </w:rPr>
        <w:t xml:space="preserve">ह्वीलचियर नापजाँच </w:t>
      </w:r>
      <w:r w:rsidR="006A6EEE" w:rsidRPr="0031437F">
        <w:rPr>
          <w:rFonts w:ascii="Nirmala UI" w:hAnsi="Nirmala UI" w:cs="Nirmala UI"/>
          <w:b/>
          <w:bCs/>
          <w:cs/>
          <w:lang w:bidi="ne-NP"/>
        </w:rPr>
        <w:t>गर्ने</w:t>
      </w:r>
      <w:r w:rsidR="00217025" w:rsidRPr="0031437F">
        <w:rPr>
          <w:rFonts w:ascii="Nirmala UI" w:hAnsi="Nirmala UI" w:cs="Nirmala UI"/>
          <w:b/>
          <w:bCs/>
        </w:rPr>
        <w:t xml:space="preserve"> </w:t>
      </w:r>
      <w:r w:rsidR="00217025" w:rsidRPr="0031437F">
        <w:rPr>
          <w:rFonts w:ascii="Nirmala UI" w:hAnsi="Nirmala UI" w:cs="Nirmala UI" w:hint="cs"/>
          <w:b/>
          <w:bCs/>
          <w:cs/>
          <w:lang w:bidi="ne-NP"/>
        </w:rPr>
        <w:t xml:space="preserve">प्राविधिक सहयोग चाहिएमा काहाँ सम्पर्क गर्ने </w:t>
      </w:r>
      <w:r w:rsidR="00217025" w:rsidRPr="0031437F">
        <w:rPr>
          <w:rFonts w:ascii="Nirmala UI" w:hAnsi="Nirmala UI" w:cs="Nirmala UI"/>
          <w:b/>
          <w:bCs/>
        </w:rPr>
        <w:t xml:space="preserve">? </w:t>
      </w:r>
    </w:p>
    <w:p w14:paraId="1C10577B" w14:textId="7B8BB6B2" w:rsidR="00E81B30" w:rsidRPr="00883585" w:rsidRDefault="00217025" w:rsidP="00F76B04">
      <w:pPr>
        <w:rPr>
          <w:rFonts w:ascii="Nirmala UI" w:hAnsi="Nirmala UI" w:cs="Nirmala UI"/>
        </w:rPr>
      </w:pPr>
      <w:r w:rsidRPr="00883585">
        <w:rPr>
          <w:rFonts w:ascii="Nirmala UI" w:hAnsi="Nirmala UI" w:cs="Nirmala UI" w:hint="cs"/>
          <w:cs/>
          <w:lang w:bidi="ne-NP"/>
        </w:rPr>
        <w:t>नेपालमा ह्वीलचेयरको नापजाँच गर्न</w:t>
      </w:r>
      <w:r w:rsidR="0031437F" w:rsidRPr="00883585">
        <w:rPr>
          <w:rFonts w:ascii="Nirmala UI" w:hAnsi="Nirmala UI" w:cs="Nirmala UI" w:hint="cs"/>
          <w:cs/>
          <w:lang w:bidi="ne-NP"/>
        </w:rPr>
        <w:t xml:space="preserve">े अभ्यास प्रदेश र जिल्लामा राम्रोसँग विस्तार भैसकेको छैन । </w:t>
      </w:r>
      <w:r w:rsidR="00E81B30" w:rsidRPr="00883585">
        <w:rPr>
          <w:rFonts w:ascii="Nirmala UI" w:hAnsi="Nirmala UI" w:cs="Nirmala UI" w:hint="cs"/>
          <w:cs/>
          <w:lang w:bidi="ne-NP"/>
        </w:rPr>
        <w:t xml:space="preserve">यसको मुख्य कारण भनेको प्राविधिकहरूको अभाव नै हो । तर केहि संस्थाहरूले क्रमशः प्राविधिकहरू उत्पादन गर्ने र ह्वीलचियर नापजाँचको लागि सामान्य ज्ञान र सिप विकास गर्न तालिमहरू सञ्चालन गर्ने गरिएका छन । यस्ता कामहरू काठमाडौमा रहेको राष्ट्रिय अपाङ्ग कोष र सुदुरपश्चिमको महेन्द्रनगरमा रहेको </w:t>
      </w:r>
      <w:r w:rsidR="00E81B30" w:rsidRPr="00883585">
        <w:rPr>
          <w:rFonts w:ascii="Nirmala UI" w:hAnsi="Nirmala UI" w:cs="Nirmala UI"/>
        </w:rPr>
        <w:t xml:space="preserve">NNSWA </w:t>
      </w:r>
      <w:r w:rsidR="00E81B30" w:rsidRPr="00883585">
        <w:rPr>
          <w:rFonts w:ascii="Nirmala UI" w:hAnsi="Nirmala UI" w:cs="Nirmala UI" w:hint="cs"/>
          <w:cs/>
          <w:lang w:bidi="ne-NP"/>
        </w:rPr>
        <w:t>लगायत अन्य संस्थाहरूले गरिरहेका छन । त्यसैले विभिन्न जिल्लामा रहेका उनीहरूले उत्पादन गरेका वा तालिम दिएका प्राविधिहरूसँग सम्पर्क गरि नापजाँच गराउन सकिन्छ ।</w:t>
      </w:r>
      <w:r w:rsidR="001A1A50">
        <w:rPr>
          <w:rFonts w:ascii="Nirmala UI" w:hAnsi="Nirmala UI" w:cs="Nirmala UI" w:hint="cs"/>
          <w:cs/>
          <w:lang w:bidi="ne-NP"/>
        </w:rPr>
        <w:t xml:space="preserve"> नापजाँच गरेर ह्वीलचेयर वितरण गर्ने र सम्बन्धित विषयमा तालिम दिइरहेका</w:t>
      </w:r>
      <w:r w:rsidR="00E81B30" w:rsidRPr="00883585">
        <w:rPr>
          <w:rFonts w:ascii="Nirmala UI" w:hAnsi="Nirmala UI" w:cs="Nirmala UI" w:hint="cs"/>
          <w:cs/>
          <w:lang w:bidi="ne-NP"/>
        </w:rPr>
        <w:t xml:space="preserve"> </w:t>
      </w:r>
      <w:r w:rsidR="001A1A50">
        <w:rPr>
          <w:rFonts w:ascii="Nirmala UI" w:hAnsi="Nirmala UI" w:cs="Nirmala UI" w:hint="cs"/>
          <w:cs/>
          <w:lang w:bidi="ne-NP"/>
        </w:rPr>
        <w:t xml:space="preserve">केहि संस्थाहरूको </w:t>
      </w:r>
      <w:r w:rsidR="00E81B30" w:rsidRPr="00883585">
        <w:rPr>
          <w:rFonts w:ascii="Nirmala UI" w:hAnsi="Nirmala UI" w:cs="Nirmala UI" w:hint="cs"/>
          <w:cs/>
          <w:lang w:bidi="ne-NP"/>
        </w:rPr>
        <w:t xml:space="preserve">सम्पर्क ठेगाना र  तल प्रस्तुत गरिएको छ ।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952"/>
        <w:gridCol w:w="2952"/>
      </w:tblGrid>
      <w:tr w:rsidR="00E81B30" w14:paraId="764A8D1E" w14:textId="77777777" w:rsidTr="00883585">
        <w:tc>
          <w:tcPr>
            <w:tcW w:w="558" w:type="dxa"/>
          </w:tcPr>
          <w:p w14:paraId="50A4BD09" w14:textId="719A06D0" w:rsidR="00E81B30" w:rsidRPr="001A1A50" w:rsidRDefault="001A1A50" w:rsidP="00F76B04">
            <w:pPr>
              <w:rPr>
                <w:rFonts w:ascii="Nirmala UI" w:hAnsi="Nirmala UI" w:cs="Nirmala UI" w:hint="cs"/>
                <w:lang w:bidi="ne-NP"/>
              </w:rPr>
            </w:pPr>
            <w:r w:rsidRPr="001A1A50">
              <w:rPr>
                <w:rFonts w:ascii="Nirmala UI" w:hAnsi="Nirmala UI" w:cs="Nirmala UI" w:hint="cs"/>
                <w:cs/>
                <w:lang w:bidi="ne-NP"/>
              </w:rPr>
              <w:t>क्रम</w:t>
            </w:r>
          </w:p>
        </w:tc>
        <w:tc>
          <w:tcPr>
            <w:tcW w:w="2952" w:type="dxa"/>
          </w:tcPr>
          <w:p w14:paraId="5AF4F07D" w14:textId="0A4D277E" w:rsidR="00E81B30" w:rsidRPr="001A1A50" w:rsidRDefault="00883585" w:rsidP="00F76B04">
            <w:pPr>
              <w:rPr>
                <w:rFonts w:ascii="Nirmala UI" w:hAnsi="Nirmala UI" w:cs="Nirmala UI" w:hint="cs"/>
                <w:lang w:bidi="ne-NP"/>
              </w:rPr>
            </w:pPr>
            <w:r w:rsidRPr="001A1A50">
              <w:rPr>
                <w:rFonts w:ascii="Nirmala UI" w:hAnsi="Nirmala UI" w:cs="Nirmala UI" w:hint="cs"/>
                <w:cs/>
                <w:lang w:bidi="ne-NP"/>
              </w:rPr>
              <w:t>संस्थाको नाम</w:t>
            </w:r>
          </w:p>
        </w:tc>
        <w:tc>
          <w:tcPr>
            <w:tcW w:w="2952" w:type="dxa"/>
          </w:tcPr>
          <w:p w14:paraId="01BACCAC" w14:textId="5C80DBA2" w:rsidR="00E81B30" w:rsidRPr="001A1A50" w:rsidRDefault="00883585" w:rsidP="00F76B04">
            <w:pPr>
              <w:rPr>
                <w:rFonts w:ascii="Nirmala UI" w:hAnsi="Nirmala UI" w:cs="Nirmala UI" w:hint="cs"/>
                <w:lang w:bidi="ne-NP"/>
              </w:rPr>
            </w:pPr>
            <w:r w:rsidRPr="001A1A50">
              <w:rPr>
                <w:rFonts w:ascii="Nirmala UI" w:hAnsi="Nirmala UI" w:cs="Nirmala UI" w:hint="cs"/>
                <w:cs/>
                <w:lang w:bidi="ne-NP"/>
              </w:rPr>
              <w:t xml:space="preserve">ठेगाना र सम्पर्क नम्बर </w:t>
            </w:r>
          </w:p>
        </w:tc>
      </w:tr>
      <w:tr w:rsidR="00E81B30" w14:paraId="1DE2D752" w14:textId="77777777" w:rsidTr="00883585">
        <w:tc>
          <w:tcPr>
            <w:tcW w:w="558" w:type="dxa"/>
          </w:tcPr>
          <w:p w14:paraId="25149F4E" w14:textId="74A1DF0F" w:rsidR="00E81B30" w:rsidRPr="001A1A50" w:rsidRDefault="00883585" w:rsidP="00F76B04">
            <w:pPr>
              <w:rPr>
                <w:rFonts w:ascii="Nirmala UI" w:hAnsi="Nirmala UI" w:cs="Nirmala UI" w:hint="cs"/>
                <w:lang w:bidi="ne-NP"/>
              </w:rPr>
            </w:pPr>
            <w:r w:rsidRPr="001A1A50">
              <w:rPr>
                <w:rFonts w:ascii="Nirmala UI" w:hAnsi="Nirmala UI" w:cs="Nirmala UI" w:hint="cs"/>
                <w:cs/>
                <w:lang w:bidi="ne-NP"/>
              </w:rPr>
              <w:t>१</w:t>
            </w:r>
          </w:p>
        </w:tc>
        <w:tc>
          <w:tcPr>
            <w:tcW w:w="2952" w:type="dxa"/>
          </w:tcPr>
          <w:p w14:paraId="23303101" w14:textId="77CEACAA" w:rsidR="00E81B30" w:rsidRPr="001A1A50" w:rsidRDefault="00883585" w:rsidP="00F76B04">
            <w:pPr>
              <w:rPr>
                <w:rFonts w:ascii="Nirmala UI" w:hAnsi="Nirmala UI" w:cs="Nirmala UI" w:hint="cs"/>
                <w:lang w:bidi="ne-NP"/>
              </w:rPr>
            </w:pPr>
            <w:r w:rsidRPr="001A1A50">
              <w:rPr>
                <w:rFonts w:ascii="Nirmala UI" w:hAnsi="Nirmala UI" w:cs="Nirmala UI" w:hint="cs"/>
                <w:cs/>
                <w:lang w:bidi="ne-NP"/>
              </w:rPr>
              <w:t xml:space="preserve">राष्ट्रिय अपाङ्ग कोष </w:t>
            </w:r>
          </w:p>
        </w:tc>
        <w:tc>
          <w:tcPr>
            <w:tcW w:w="2952" w:type="dxa"/>
          </w:tcPr>
          <w:p w14:paraId="0B26DD6C" w14:textId="6894D9A3" w:rsidR="001A1A50" w:rsidRPr="001A1A50" w:rsidRDefault="001A1A50" w:rsidP="001A1A50">
            <w:pPr>
              <w:rPr>
                <w:rFonts w:ascii="Nirmala UI" w:hAnsi="Nirmala UI" w:cs="Nirmala UI"/>
                <w:lang w:bidi="ne-NP"/>
              </w:rPr>
            </w:pPr>
            <w:r w:rsidRPr="001A1A50">
              <w:rPr>
                <w:rFonts w:ascii="Nirmala UI" w:hAnsi="Nirmala UI" w:cs="Nirmala UI" w:hint="cs"/>
                <w:cs/>
                <w:lang w:bidi="ne-NP"/>
              </w:rPr>
              <w:t>भृकुटीमण्डप</w:t>
            </w:r>
            <w:r w:rsidRPr="001A1A50">
              <w:rPr>
                <w:rFonts w:ascii="Nirmala UI" w:hAnsi="Nirmala UI" w:cs="Nirmala UI"/>
                <w:lang w:bidi="ne-NP"/>
              </w:rPr>
              <w:t xml:space="preserve">, </w:t>
            </w:r>
            <w:r w:rsidRPr="001A1A50">
              <w:rPr>
                <w:rFonts w:ascii="Nirmala UI" w:hAnsi="Nirmala UI" w:cs="Nirmala UI" w:hint="cs"/>
                <w:cs/>
                <w:lang w:bidi="ne-NP"/>
              </w:rPr>
              <w:t>काठमाडौं</w:t>
            </w:r>
          </w:p>
          <w:p w14:paraId="6D092976" w14:textId="5EE8847A" w:rsidR="001A1A50" w:rsidRPr="001A1A50" w:rsidRDefault="001A1A50" w:rsidP="001A1A50">
            <w:pPr>
              <w:jc w:val="both"/>
              <w:rPr>
                <w:rFonts w:ascii="Nirmala UI" w:hAnsi="Nirmala UI" w:cs="Nirmala UI"/>
                <w:lang w:bidi="ne-NP"/>
              </w:rPr>
            </w:pPr>
            <w:hyperlink r:id="rId16" w:history="1">
              <w:r w:rsidRPr="00711827">
                <w:rPr>
                  <w:rStyle w:val="Hyperlink"/>
                  <w:rFonts w:ascii="Nirmala UI" w:hAnsi="Nirmala UI" w:cs="Nirmala UI"/>
                  <w:lang w:bidi="ne-NP"/>
                </w:rPr>
                <w:t>https://www.ndfund.org.np</w:t>
              </w:r>
            </w:hyperlink>
            <w:r>
              <w:rPr>
                <w:rFonts w:ascii="Nirmala UI" w:hAnsi="Nirmala UI" w:cs="Nirmala UI" w:hint="cs"/>
                <w:cs/>
                <w:lang w:bidi="ne-NP"/>
              </w:rPr>
              <w:t xml:space="preserve"> </w:t>
            </w:r>
            <w:r w:rsidRPr="001A1A50">
              <w:rPr>
                <w:rFonts w:ascii="Nirmala UI" w:hAnsi="Nirmala UI" w:cs="Nirmala UI"/>
                <w:lang w:bidi="ne-NP"/>
              </w:rPr>
              <w:t>+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>977</w:t>
            </w:r>
            <w:r w:rsidRPr="001A1A50">
              <w:rPr>
                <w:rFonts w:ascii="Cambria Math" w:hAnsi="Cambria Math" w:cs="Cambria Math"/>
                <w:lang w:bidi="ne-NP"/>
              </w:rPr>
              <w:t>‑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>1</w:t>
            </w:r>
            <w:r w:rsidRPr="001A1A50">
              <w:rPr>
                <w:rFonts w:ascii="Cambria Math" w:hAnsi="Cambria Math" w:cs="Cambria Math"/>
                <w:lang w:bidi="ne-NP"/>
              </w:rPr>
              <w:t>‑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>4224968</w:t>
            </w:r>
            <w:r w:rsidRPr="001A1A50">
              <w:rPr>
                <w:rFonts w:ascii="Nirmala UI" w:hAnsi="Nirmala UI" w:cs="Nirmala UI"/>
                <w:lang w:bidi="ne-NP"/>
              </w:rPr>
              <w:t>, +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>977</w:t>
            </w:r>
            <w:r w:rsidRPr="001A1A50">
              <w:rPr>
                <w:rFonts w:ascii="Cambria Math" w:hAnsi="Cambria Math" w:cs="Cambria Math"/>
                <w:lang w:bidi="ne-NP"/>
              </w:rPr>
              <w:t>‑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>1</w:t>
            </w:r>
            <w:r w:rsidRPr="001A1A50">
              <w:rPr>
                <w:rFonts w:ascii="Cambria Math" w:hAnsi="Cambria Math" w:cs="Cambria Math"/>
                <w:lang w:bidi="ne-NP"/>
              </w:rPr>
              <w:t>‑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>4239586</w:t>
            </w:r>
          </w:p>
          <w:p w14:paraId="0AD4B9A6" w14:textId="13887AAC" w:rsidR="00E81B30" w:rsidRPr="001A1A50" w:rsidRDefault="001A1A50" w:rsidP="001A1A50">
            <w:pPr>
              <w:rPr>
                <w:rFonts w:ascii="Nirmala UI" w:hAnsi="Nirmala UI" w:cs="Nirmala UI" w:hint="cs"/>
                <w:lang w:bidi="ne-NP"/>
              </w:rPr>
            </w:pPr>
            <w:r w:rsidRPr="001A1A50">
              <w:rPr>
                <w:rFonts w:ascii="Nirmala UI" w:hAnsi="Nirmala UI" w:cs="Nirmala UI"/>
                <w:lang w:bidi="ne-NP"/>
              </w:rPr>
              <w:t>swc.ndf@gmail.com, info@ndfund.org.np</w:t>
            </w:r>
          </w:p>
        </w:tc>
      </w:tr>
      <w:tr w:rsidR="00E81B30" w14:paraId="0825E792" w14:textId="77777777" w:rsidTr="00883585">
        <w:tc>
          <w:tcPr>
            <w:tcW w:w="558" w:type="dxa"/>
          </w:tcPr>
          <w:p w14:paraId="226B193E" w14:textId="00F744AE" w:rsidR="00E81B30" w:rsidRPr="001A1A50" w:rsidRDefault="00883585" w:rsidP="00F76B04">
            <w:pPr>
              <w:rPr>
                <w:rFonts w:ascii="Nirmala UI" w:hAnsi="Nirmala UI" w:cs="Nirmala UI" w:hint="cs"/>
                <w:lang w:bidi="ne-NP"/>
              </w:rPr>
            </w:pPr>
            <w:r w:rsidRPr="001A1A50">
              <w:rPr>
                <w:rFonts w:ascii="Nirmala UI" w:hAnsi="Nirmala UI" w:cs="Nirmala UI" w:hint="cs"/>
                <w:cs/>
                <w:lang w:bidi="ne-NP"/>
              </w:rPr>
              <w:t>२</w:t>
            </w:r>
          </w:p>
        </w:tc>
        <w:tc>
          <w:tcPr>
            <w:tcW w:w="2952" w:type="dxa"/>
          </w:tcPr>
          <w:p w14:paraId="01B418B3" w14:textId="37D18419" w:rsidR="00E81B30" w:rsidRPr="001A1A50" w:rsidRDefault="001A1A50" w:rsidP="00F76B04">
            <w:pPr>
              <w:rPr>
                <w:rFonts w:ascii="Nirmala UI" w:hAnsi="Nirmala UI" w:cs="Nirmala UI" w:hint="cs"/>
                <w:lang w:bidi="ne-NP"/>
              </w:rPr>
            </w:pPr>
            <w:r w:rsidRPr="001A1A50">
              <w:rPr>
                <w:rFonts w:ascii="Nirmala UI" w:hAnsi="Nirmala UI" w:cs="Nirmala UI" w:hint="cs"/>
                <w:cs/>
                <w:lang w:bidi="ne-NP"/>
              </w:rPr>
              <w:t>नेपाली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 xml:space="preserve"> </w:t>
            </w:r>
            <w:r w:rsidRPr="001A1A50">
              <w:rPr>
                <w:rFonts w:ascii="Nirmala UI" w:hAnsi="Nirmala UI" w:cs="Nirmala UI" w:hint="cs"/>
                <w:cs/>
                <w:lang w:bidi="ne-NP"/>
              </w:rPr>
              <w:t>राष्ट्रिय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 xml:space="preserve"> </w:t>
            </w:r>
            <w:r w:rsidRPr="001A1A50">
              <w:rPr>
                <w:rFonts w:ascii="Nirmala UI" w:hAnsi="Nirmala UI" w:cs="Nirmala UI" w:hint="cs"/>
                <w:cs/>
                <w:lang w:bidi="ne-NP"/>
              </w:rPr>
              <w:t>सामाजिक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 xml:space="preserve"> </w:t>
            </w:r>
            <w:r w:rsidRPr="001A1A50">
              <w:rPr>
                <w:rFonts w:ascii="Nirmala UI" w:hAnsi="Nirmala UI" w:cs="Nirmala UI" w:hint="cs"/>
                <w:cs/>
                <w:lang w:bidi="ne-NP"/>
              </w:rPr>
              <w:t>कल्याण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 xml:space="preserve"> </w:t>
            </w:r>
            <w:r w:rsidRPr="001A1A50">
              <w:rPr>
                <w:rFonts w:ascii="Nirmala UI" w:hAnsi="Nirmala UI" w:cs="Nirmala UI" w:hint="cs"/>
                <w:cs/>
                <w:lang w:bidi="ne-NP"/>
              </w:rPr>
              <w:t>संस्था</w:t>
            </w:r>
          </w:p>
        </w:tc>
        <w:tc>
          <w:tcPr>
            <w:tcW w:w="2952" w:type="dxa"/>
          </w:tcPr>
          <w:p w14:paraId="44FBE00C" w14:textId="6B44C1AC" w:rsidR="001A1A50" w:rsidRPr="001A1A50" w:rsidRDefault="001A1A50" w:rsidP="001A1A50">
            <w:pPr>
              <w:rPr>
                <w:rFonts w:ascii="Nirmala UI" w:hAnsi="Nirmala UI" w:cs="Nirmala UI"/>
                <w:lang w:bidi="ne-NP"/>
              </w:rPr>
            </w:pPr>
            <w:r w:rsidRPr="001A1A50">
              <w:rPr>
                <w:rFonts w:ascii="Nirmala UI" w:hAnsi="Nirmala UI" w:cs="Nirmala UI" w:hint="cs"/>
                <w:cs/>
                <w:lang w:bidi="ne-NP"/>
              </w:rPr>
              <w:t>शारीरिक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 xml:space="preserve"> </w:t>
            </w:r>
            <w:r w:rsidRPr="001A1A50">
              <w:rPr>
                <w:rFonts w:ascii="Nirmala UI" w:hAnsi="Nirmala UI" w:cs="Nirmala UI" w:hint="cs"/>
                <w:cs/>
                <w:lang w:bidi="ne-NP"/>
              </w:rPr>
              <w:t>पुनर्स्थापना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 xml:space="preserve"> </w:t>
            </w:r>
            <w:r w:rsidRPr="001A1A50">
              <w:rPr>
                <w:rFonts w:ascii="Nirmala UI" w:hAnsi="Nirmala UI" w:cs="Nirmala UI" w:hint="cs"/>
                <w:cs/>
                <w:lang w:bidi="ne-NP"/>
              </w:rPr>
              <w:t>केन्द्र</w:t>
            </w:r>
            <w:r>
              <w:rPr>
                <w:rFonts w:ascii="Nirmala UI" w:hAnsi="Nirmala UI" w:cs="Nirmala UI" w:hint="cs"/>
                <w:cs/>
                <w:lang w:bidi="ne-NP"/>
              </w:rPr>
              <w:t xml:space="preserve"> </w:t>
            </w:r>
            <w:r w:rsidRPr="001A1A50">
              <w:rPr>
                <w:rFonts w:ascii="Nirmala UI" w:hAnsi="Nirmala UI" w:cs="Nirmala UI" w:hint="cs"/>
                <w:cs/>
                <w:lang w:bidi="ne-NP"/>
              </w:rPr>
              <w:t>महेन्द्रनगर</w:t>
            </w:r>
            <w:r w:rsidRPr="001A1A50">
              <w:rPr>
                <w:rFonts w:ascii="Nirmala UI" w:hAnsi="Nirmala UI" w:cs="Nirmala UI"/>
                <w:lang w:bidi="ne-NP"/>
              </w:rPr>
              <w:t xml:space="preserve">, </w:t>
            </w:r>
            <w:r w:rsidRPr="001A1A50">
              <w:rPr>
                <w:rFonts w:ascii="Nirmala UI" w:hAnsi="Nirmala UI" w:cs="Nirmala UI" w:hint="cs"/>
                <w:cs/>
                <w:lang w:bidi="ne-NP"/>
              </w:rPr>
              <w:t>कञ्चनपुर</w:t>
            </w:r>
          </w:p>
          <w:p w14:paraId="75242ED7" w14:textId="166A9ED3" w:rsidR="00E81B30" w:rsidRPr="001A1A50" w:rsidRDefault="001A1A50" w:rsidP="001A1A50">
            <w:pPr>
              <w:rPr>
                <w:rFonts w:ascii="Nirmala UI" w:hAnsi="Nirmala UI" w:cs="Nirmala UI" w:hint="cs"/>
                <w:lang w:bidi="ne-NP"/>
              </w:rPr>
            </w:pPr>
            <w:hyperlink r:id="rId17" w:history="1">
              <w:r w:rsidRPr="00711827">
                <w:rPr>
                  <w:rStyle w:val="Hyperlink"/>
                  <w:rFonts w:ascii="Nirmala UI" w:hAnsi="Nirmala UI" w:cs="Nirmala UI"/>
                  <w:lang w:bidi="ne-NP"/>
                </w:rPr>
                <w:t>https://www.nnswa.org.np</w:t>
              </w:r>
            </w:hyperlink>
            <w:r>
              <w:rPr>
                <w:rFonts w:ascii="Nirmala UI" w:hAnsi="Nirmala UI" w:cs="Nirmala UI" w:hint="cs"/>
                <w:cs/>
                <w:lang w:bidi="ne-NP"/>
              </w:rPr>
              <w:t xml:space="preserve"> </w:t>
            </w:r>
            <w:r w:rsidRPr="001A1A50">
              <w:rPr>
                <w:rFonts w:ascii="Nirmala UI" w:hAnsi="Nirmala UI" w:cs="Nirmala UI"/>
                <w:lang w:bidi="ne-NP"/>
              </w:rPr>
              <w:t>+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>977</w:t>
            </w:r>
            <w:r w:rsidRPr="001A1A50">
              <w:rPr>
                <w:rFonts w:ascii="Cambria Math" w:hAnsi="Cambria Math" w:cs="Cambria Math"/>
                <w:lang w:bidi="ne-NP"/>
              </w:rPr>
              <w:t>‑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>99</w:t>
            </w:r>
            <w:r w:rsidRPr="001A1A50">
              <w:rPr>
                <w:rFonts w:ascii="Cambria Math" w:hAnsi="Cambria Math" w:cs="Cambria Math"/>
                <w:lang w:bidi="ne-NP"/>
              </w:rPr>
              <w:t>‑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>522182</w:t>
            </w:r>
            <w:r w:rsidRPr="001A1A50">
              <w:rPr>
                <w:rFonts w:ascii="Nirmala UI" w:hAnsi="Nirmala UI" w:cs="Nirmala UI"/>
                <w:lang w:bidi="ne-NP"/>
              </w:rPr>
              <w:t xml:space="preserve"> info@nnswa.org.np</w:t>
            </w:r>
          </w:p>
        </w:tc>
      </w:tr>
      <w:tr w:rsidR="001A1A50" w14:paraId="1D3CEDD4" w14:textId="77777777" w:rsidTr="00883585">
        <w:tc>
          <w:tcPr>
            <w:tcW w:w="558" w:type="dxa"/>
          </w:tcPr>
          <w:p w14:paraId="3557479C" w14:textId="2E7BFF03" w:rsidR="001A1A50" w:rsidRPr="001A1A50" w:rsidRDefault="001A1A50" w:rsidP="00F76B04">
            <w:pPr>
              <w:rPr>
                <w:rFonts w:ascii="Nirmala UI" w:hAnsi="Nirmala UI" w:cs="Nirmala UI" w:hint="cs"/>
                <w:cs/>
                <w:lang w:bidi="ne-NP"/>
              </w:rPr>
            </w:pPr>
            <w:r>
              <w:rPr>
                <w:rFonts w:ascii="Nirmala UI" w:hAnsi="Nirmala UI" w:cs="Nirmala UI" w:hint="cs"/>
                <w:cs/>
                <w:lang w:bidi="ne-NP"/>
              </w:rPr>
              <w:t>३</w:t>
            </w:r>
          </w:p>
        </w:tc>
        <w:tc>
          <w:tcPr>
            <w:tcW w:w="2952" w:type="dxa"/>
          </w:tcPr>
          <w:p w14:paraId="7063098E" w14:textId="5A92DF04" w:rsidR="001A1A50" w:rsidRPr="001A1A50" w:rsidRDefault="001A1A50" w:rsidP="00F76B04">
            <w:pPr>
              <w:rPr>
                <w:rFonts w:ascii="Nirmala UI" w:hAnsi="Nirmala UI" w:cs="Nirmala UI" w:hint="cs"/>
                <w:cs/>
                <w:lang w:bidi="ne-NP"/>
              </w:rPr>
            </w:pPr>
            <w:r w:rsidRPr="001A1A50">
              <w:rPr>
                <w:rFonts w:ascii="Nirmala UI" w:hAnsi="Nirmala UI" w:cs="Nirmala UI" w:hint="cs"/>
                <w:cs/>
                <w:lang w:bidi="ne-NP"/>
              </w:rPr>
              <w:t>स्पाईनल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 xml:space="preserve"> </w:t>
            </w:r>
            <w:r w:rsidRPr="001A1A50">
              <w:rPr>
                <w:rFonts w:ascii="Nirmala UI" w:hAnsi="Nirmala UI" w:cs="Nirmala UI" w:hint="cs"/>
                <w:cs/>
                <w:lang w:bidi="ne-NP"/>
              </w:rPr>
              <w:t>ईन्जुरी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 xml:space="preserve"> </w:t>
            </w:r>
            <w:r w:rsidRPr="001A1A50">
              <w:rPr>
                <w:rFonts w:ascii="Nirmala UI" w:hAnsi="Nirmala UI" w:cs="Nirmala UI" w:hint="cs"/>
                <w:cs/>
                <w:lang w:bidi="ne-NP"/>
              </w:rPr>
              <w:t>संघ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 xml:space="preserve"> </w:t>
            </w:r>
            <w:r w:rsidRPr="001A1A50">
              <w:rPr>
                <w:rFonts w:ascii="Nirmala UI" w:hAnsi="Nirmala UI" w:cs="Nirmala UI" w:hint="cs"/>
                <w:cs/>
                <w:lang w:bidi="ne-NP"/>
              </w:rPr>
              <w:t>नेपाल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ab/>
            </w:r>
          </w:p>
        </w:tc>
        <w:tc>
          <w:tcPr>
            <w:tcW w:w="2952" w:type="dxa"/>
          </w:tcPr>
          <w:p w14:paraId="4B93F4D3" w14:textId="0EF73866" w:rsidR="001A1A50" w:rsidRDefault="001A1A50" w:rsidP="001A1A50">
            <w:pPr>
              <w:rPr>
                <w:rFonts w:ascii="Nirmala UI" w:hAnsi="Nirmala UI" w:cs="Nirmala UI"/>
                <w:lang w:bidi="ne-NP"/>
              </w:rPr>
            </w:pPr>
            <w:r w:rsidRPr="001A1A50">
              <w:rPr>
                <w:rFonts w:ascii="Nirmala UI" w:hAnsi="Nirmala UI" w:cs="Nirmala UI" w:hint="cs"/>
                <w:cs/>
                <w:lang w:bidi="ne-NP"/>
              </w:rPr>
              <w:t>साँगा</w:t>
            </w:r>
            <w:r w:rsidRPr="001A1A50">
              <w:rPr>
                <w:rFonts w:ascii="Nirmala UI" w:hAnsi="Nirmala UI" w:cs="Nirmala UI"/>
                <w:lang w:bidi="ne-NP"/>
              </w:rPr>
              <w:t xml:space="preserve">, </w:t>
            </w:r>
            <w:r w:rsidRPr="001A1A50">
              <w:rPr>
                <w:rFonts w:ascii="Nirmala UI" w:hAnsi="Nirmala UI" w:cs="Nirmala UI" w:hint="cs"/>
                <w:cs/>
                <w:lang w:bidi="ne-NP"/>
              </w:rPr>
              <w:t>काभ्रे</w:t>
            </w:r>
            <w:r>
              <w:rPr>
                <w:rFonts w:ascii="Nirmala UI" w:hAnsi="Nirmala UI" w:cs="Nirmala UI" w:hint="cs"/>
                <w:cs/>
                <w:lang w:bidi="ne-NP"/>
              </w:rPr>
              <w:t xml:space="preserve">, </w:t>
            </w:r>
            <w:hyperlink r:id="rId18" w:history="1">
              <w:r w:rsidRPr="00711827">
                <w:rPr>
                  <w:rStyle w:val="Hyperlink"/>
                  <w:rFonts w:ascii="Nirmala UI" w:hAnsi="Nirmala UI" w:cs="Nirmala UI"/>
                  <w:lang w:bidi="ne-NP"/>
                </w:rPr>
                <w:t>https://sisn.org.np</w:t>
              </w:r>
            </w:hyperlink>
          </w:p>
          <w:p w14:paraId="603A45B0" w14:textId="7979AAA2" w:rsidR="001A1A50" w:rsidRPr="001A1A50" w:rsidRDefault="001A1A50" w:rsidP="001A1A50">
            <w:pPr>
              <w:rPr>
                <w:rFonts w:ascii="Nirmala UI" w:hAnsi="Nirmala UI" w:cs="Nirmala UI"/>
                <w:lang w:bidi="ne-NP"/>
              </w:rPr>
            </w:pPr>
            <w:r w:rsidRPr="001A1A50">
              <w:rPr>
                <w:rFonts w:ascii="Nirmala UI" w:hAnsi="Nirmala UI" w:cs="Nirmala UI"/>
                <w:cs/>
                <w:lang w:bidi="ne-NP"/>
              </w:rPr>
              <w:t>011-660847</w:t>
            </w:r>
            <w:r w:rsidRPr="001A1A50">
              <w:rPr>
                <w:rFonts w:ascii="Nirmala UI" w:hAnsi="Nirmala UI" w:cs="Nirmala UI"/>
                <w:lang w:bidi="ne-NP"/>
              </w:rPr>
              <w:t xml:space="preserve"> ,</w:t>
            </w:r>
            <w:r w:rsidRPr="001A1A50">
              <w:rPr>
                <w:rFonts w:ascii="Nirmala UI" w:hAnsi="Nirmala UI" w:cs="Nirmala UI"/>
                <w:cs/>
                <w:lang w:bidi="ne-NP"/>
              </w:rPr>
              <w:t>011-660848</w:t>
            </w:r>
          </w:p>
          <w:p w14:paraId="22727D48" w14:textId="3690490E" w:rsidR="001A1A50" w:rsidRPr="001A1A50" w:rsidRDefault="001A1A50" w:rsidP="001A1A50">
            <w:pPr>
              <w:rPr>
                <w:rFonts w:ascii="Nirmala UI" w:hAnsi="Nirmala UI" w:cs="Nirmala UI" w:hint="cs"/>
                <w:cs/>
                <w:lang w:bidi="ne-NP"/>
              </w:rPr>
            </w:pPr>
            <w:r w:rsidRPr="001A1A50">
              <w:rPr>
                <w:rFonts w:ascii="Nirmala UI" w:hAnsi="Nirmala UI" w:cs="Nirmala UI"/>
                <w:lang w:bidi="ne-NP"/>
              </w:rPr>
              <w:t>info@sisn.org.np</w:t>
            </w:r>
          </w:p>
        </w:tc>
      </w:tr>
    </w:tbl>
    <w:p w14:paraId="4EA5FCC0" w14:textId="33DC0DF6" w:rsidR="00BF448C" w:rsidRDefault="00E81B30" w:rsidP="00F76B04">
      <w:pPr>
        <w:rPr>
          <w:rFonts w:ascii="Nirmala UI" w:hAnsi="Nirmala UI" w:cs="Nirmala UI"/>
          <w:color w:val="EE0000"/>
          <w:lang w:bidi="ne-NP"/>
        </w:rPr>
      </w:pPr>
      <w:r>
        <w:rPr>
          <w:rFonts w:ascii="Nirmala UI" w:hAnsi="Nirmala UI" w:cs="Nirmala UI" w:hint="cs"/>
          <w:color w:val="EE0000"/>
          <w:cs/>
          <w:lang w:bidi="ne-NP"/>
        </w:rPr>
        <w:t xml:space="preserve"> </w:t>
      </w:r>
      <w:r w:rsidR="0031437F">
        <w:rPr>
          <w:rFonts w:ascii="Nirmala UI" w:hAnsi="Nirmala UI" w:cs="Nirmala UI" w:hint="cs"/>
          <w:color w:val="EE0000"/>
          <w:cs/>
          <w:lang w:bidi="ne-NP"/>
        </w:rPr>
        <w:t xml:space="preserve"> </w:t>
      </w:r>
      <w:r w:rsidR="00217025">
        <w:rPr>
          <w:rFonts w:ascii="Nirmala UI" w:hAnsi="Nirmala UI" w:cs="Nirmala UI" w:hint="cs"/>
          <w:color w:val="EE0000"/>
          <w:cs/>
          <w:lang w:bidi="ne-NP"/>
        </w:rPr>
        <w:t xml:space="preserve"> </w:t>
      </w:r>
      <w:r w:rsidR="006A6EEE" w:rsidRPr="001336EE">
        <w:rPr>
          <w:rFonts w:ascii="Nirmala UI" w:hAnsi="Nirmala UI" w:cs="Nirmala UI"/>
          <w:color w:val="EE0000"/>
          <w:cs/>
          <w:lang w:bidi="ne-NP"/>
        </w:rPr>
        <w:t xml:space="preserve"> </w:t>
      </w:r>
    </w:p>
    <w:p w14:paraId="47EBEE77" w14:textId="77777777" w:rsidR="00217025" w:rsidRPr="001336EE" w:rsidRDefault="00217025" w:rsidP="00F76B04">
      <w:pPr>
        <w:rPr>
          <w:rFonts w:ascii="Nirmala UI" w:hAnsi="Nirmala UI" w:cs="Nirmala UI"/>
          <w:color w:val="EE0000"/>
          <w:cs/>
          <w:lang w:bidi="ne-NP"/>
        </w:rPr>
      </w:pPr>
    </w:p>
    <w:sectPr w:rsidR="00217025" w:rsidRPr="001336EE" w:rsidSect="00034616">
      <w:headerReference w:type="default" r:id="rId1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2C06B" w14:textId="77777777" w:rsidR="00ED2DA8" w:rsidRDefault="00ED2DA8" w:rsidP="00307BA6">
      <w:pPr>
        <w:spacing w:after="0" w:line="240" w:lineRule="auto"/>
      </w:pPr>
      <w:r>
        <w:separator/>
      </w:r>
    </w:p>
  </w:endnote>
  <w:endnote w:type="continuationSeparator" w:id="0">
    <w:p w14:paraId="1FA3DC45" w14:textId="77777777" w:rsidR="00ED2DA8" w:rsidRDefault="00ED2DA8" w:rsidP="00307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1A38F" w14:textId="77777777" w:rsidR="00ED2DA8" w:rsidRDefault="00ED2DA8" w:rsidP="00307BA6">
      <w:pPr>
        <w:spacing w:after="0" w:line="240" w:lineRule="auto"/>
      </w:pPr>
      <w:r>
        <w:separator/>
      </w:r>
    </w:p>
  </w:footnote>
  <w:footnote w:type="continuationSeparator" w:id="0">
    <w:p w14:paraId="77D78906" w14:textId="77777777" w:rsidR="00ED2DA8" w:rsidRDefault="00ED2DA8" w:rsidP="00307BA6">
      <w:pPr>
        <w:spacing w:after="0" w:line="240" w:lineRule="auto"/>
      </w:pPr>
      <w:r>
        <w:continuationSeparator/>
      </w:r>
    </w:p>
  </w:footnote>
  <w:footnote w:id="1">
    <w:p w14:paraId="1DC88E72" w14:textId="02B9976B" w:rsidR="0045402F" w:rsidRDefault="0045402F">
      <w:pPr>
        <w:pStyle w:val="FootnoteText"/>
        <w:rPr>
          <w:lang w:bidi="ne-NP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ne-NP"/>
        </w:rPr>
        <w:t xml:space="preserve">Wheelchair Service Guidelines, WHO, International Society of Wheelchair Professionals, ISPO , 2023. </w:t>
      </w:r>
      <w:hyperlink r:id="rId1" w:history="1">
        <w:r w:rsidRPr="00944230">
          <w:rPr>
            <w:rStyle w:val="Hyperlink"/>
            <w:lang w:bidi="ne-NP"/>
          </w:rPr>
          <w:t>https://iris.who.int/server/api/core/bitstreams/fe56c4c4-adaf-4302-b354-b0f329bac6f7/content</w:t>
        </w:r>
      </w:hyperlink>
      <w:r>
        <w:rPr>
          <w:lang w:bidi="ne-NP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ED121" w14:textId="2A74F775" w:rsidR="00C00EE8" w:rsidRPr="006E3F2C" w:rsidRDefault="00C00EE8" w:rsidP="00C00EE8">
    <w:pPr>
      <w:jc w:val="center"/>
      <w:rPr>
        <w:rFonts w:ascii="Nirmala UI" w:hAnsi="Nirmala UI" w:cs="Nirmala UI"/>
        <w:b/>
        <w:bCs/>
        <w:sz w:val="28"/>
        <w:szCs w:val="28"/>
        <w:lang w:bidi="ne-NP"/>
      </w:rPr>
    </w:pPr>
    <w:r w:rsidRPr="006E3F2C">
      <w:rPr>
        <w:rFonts w:ascii="Nirmala UI" w:hAnsi="Nirmala UI" w:cs="Nirmala UI"/>
        <w:b/>
        <w:bCs/>
        <w:noProof/>
        <w:sz w:val="28"/>
        <w:szCs w:val="28"/>
        <w:lang w:val="ne-NP" w:bidi="ne-NP"/>
      </w:rPr>
      <w:drawing>
        <wp:anchor distT="0" distB="0" distL="114300" distR="114300" simplePos="0" relativeHeight="251657216" behindDoc="0" locked="0" layoutInCell="1" allowOverlap="1" wp14:anchorId="64460657" wp14:editId="3ED12C12">
          <wp:simplePos x="0" y="0"/>
          <wp:positionH relativeFrom="column">
            <wp:posOffset>-452437</wp:posOffset>
          </wp:positionH>
          <wp:positionV relativeFrom="paragraph">
            <wp:posOffset>-342900</wp:posOffset>
          </wp:positionV>
          <wp:extent cx="614363" cy="681987"/>
          <wp:effectExtent l="0" t="0" r="0" b="4445"/>
          <wp:wrapNone/>
          <wp:docPr id="160412006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120064" name="Picture 16041200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4363" cy="681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3F2C">
      <w:rPr>
        <w:rFonts w:ascii="Nirmala UI" w:hAnsi="Nirmala UI" w:cs="Nirmala UI"/>
        <w:b/>
        <w:bCs/>
        <w:sz w:val="28"/>
        <w:szCs w:val="28"/>
        <w:cs/>
        <w:lang w:bidi="ne-NP"/>
      </w:rPr>
      <w:t xml:space="preserve">पुनर्स्थापना र विकासका लागि स्रोत केन्द्र, भक्तपुर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8A8DD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374027"/>
    <w:multiLevelType w:val="multilevel"/>
    <w:tmpl w:val="D28A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AF779F"/>
    <w:multiLevelType w:val="multilevel"/>
    <w:tmpl w:val="E6E2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236373"/>
    <w:multiLevelType w:val="hybridMultilevel"/>
    <w:tmpl w:val="76EE0CFE"/>
    <w:lvl w:ilvl="0" w:tplc="337EC6F0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6F0BAC"/>
    <w:multiLevelType w:val="hybridMultilevel"/>
    <w:tmpl w:val="DF7E8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21441"/>
    <w:multiLevelType w:val="hybridMultilevel"/>
    <w:tmpl w:val="87FE9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95321"/>
    <w:multiLevelType w:val="multilevel"/>
    <w:tmpl w:val="E204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5110C2"/>
    <w:multiLevelType w:val="hybridMultilevel"/>
    <w:tmpl w:val="1390E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6235C"/>
    <w:multiLevelType w:val="multilevel"/>
    <w:tmpl w:val="53A0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D4047D"/>
    <w:multiLevelType w:val="hybridMultilevel"/>
    <w:tmpl w:val="A3AA5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063DB"/>
    <w:multiLevelType w:val="multilevel"/>
    <w:tmpl w:val="3D04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19111A"/>
    <w:multiLevelType w:val="multilevel"/>
    <w:tmpl w:val="7916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18453A"/>
    <w:multiLevelType w:val="multilevel"/>
    <w:tmpl w:val="1AA6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240591"/>
    <w:multiLevelType w:val="multilevel"/>
    <w:tmpl w:val="9BA0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B12526"/>
    <w:multiLevelType w:val="hybridMultilevel"/>
    <w:tmpl w:val="6F3CD144"/>
    <w:lvl w:ilvl="0" w:tplc="0F4417E8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96652"/>
    <w:multiLevelType w:val="multilevel"/>
    <w:tmpl w:val="42BE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75135"/>
    <w:multiLevelType w:val="hybridMultilevel"/>
    <w:tmpl w:val="2062A040"/>
    <w:lvl w:ilvl="0" w:tplc="D4648028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516DC"/>
    <w:multiLevelType w:val="multilevel"/>
    <w:tmpl w:val="4874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3727D3"/>
    <w:multiLevelType w:val="multilevel"/>
    <w:tmpl w:val="E99A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FA5981"/>
    <w:multiLevelType w:val="hybridMultilevel"/>
    <w:tmpl w:val="7206A88A"/>
    <w:lvl w:ilvl="0" w:tplc="21B45190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271BCE"/>
    <w:multiLevelType w:val="hybridMultilevel"/>
    <w:tmpl w:val="CCE63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427DB"/>
    <w:multiLevelType w:val="multilevel"/>
    <w:tmpl w:val="7C98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255775"/>
    <w:multiLevelType w:val="multilevel"/>
    <w:tmpl w:val="F4FA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AB3EA2"/>
    <w:multiLevelType w:val="hybridMultilevel"/>
    <w:tmpl w:val="0A5E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1C31B4"/>
    <w:multiLevelType w:val="multilevel"/>
    <w:tmpl w:val="0A9C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6029310">
    <w:abstractNumId w:val="8"/>
  </w:num>
  <w:num w:numId="2" w16cid:durableId="530802966">
    <w:abstractNumId w:val="6"/>
  </w:num>
  <w:num w:numId="3" w16cid:durableId="1876959602">
    <w:abstractNumId w:val="5"/>
  </w:num>
  <w:num w:numId="4" w16cid:durableId="58749028">
    <w:abstractNumId w:val="4"/>
  </w:num>
  <w:num w:numId="5" w16cid:durableId="2124231259">
    <w:abstractNumId w:val="7"/>
  </w:num>
  <w:num w:numId="6" w16cid:durableId="410389065">
    <w:abstractNumId w:val="3"/>
  </w:num>
  <w:num w:numId="7" w16cid:durableId="306055044">
    <w:abstractNumId w:val="2"/>
  </w:num>
  <w:num w:numId="8" w16cid:durableId="2022662433">
    <w:abstractNumId w:val="1"/>
  </w:num>
  <w:num w:numId="9" w16cid:durableId="1553079222">
    <w:abstractNumId w:val="0"/>
  </w:num>
  <w:num w:numId="10" w16cid:durableId="868761016">
    <w:abstractNumId w:val="31"/>
  </w:num>
  <w:num w:numId="11" w16cid:durableId="203257984">
    <w:abstractNumId w:val="15"/>
  </w:num>
  <w:num w:numId="12" w16cid:durableId="1301113590">
    <w:abstractNumId w:val="13"/>
  </w:num>
  <w:num w:numId="13" w16cid:durableId="1575973704">
    <w:abstractNumId w:val="28"/>
  </w:num>
  <w:num w:numId="14" w16cid:durableId="2039697824">
    <w:abstractNumId w:val="17"/>
  </w:num>
  <w:num w:numId="15" w16cid:durableId="506673312">
    <w:abstractNumId w:val="12"/>
  </w:num>
  <w:num w:numId="16" w16cid:durableId="1698703011">
    <w:abstractNumId w:val="22"/>
  </w:num>
  <w:num w:numId="17" w16cid:durableId="1122069628">
    <w:abstractNumId w:val="27"/>
  </w:num>
  <w:num w:numId="18" w16cid:durableId="2099251612">
    <w:abstractNumId w:val="25"/>
  </w:num>
  <w:num w:numId="19" w16cid:durableId="2046296531">
    <w:abstractNumId w:val="26"/>
  </w:num>
  <w:num w:numId="20" w16cid:durableId="468935185">
    <w:abstractNumId w:val="21"/>
  </w:num>
  <w:num w:numId="21" w16cid:durableId="435440180">
    <w:abstractNumId w:val="30"/>
  </w:num>
  <w:num w:numId="22" w16cid:durableId="1108965302">
    <w:abstractNumId w:val="32"/>
  </w:num>
  <w:num w:numId="23" w16cid:durableId="49155835">
    <w:abstractNumId w:val="23"/>
  </w:num>
  <w:num w:numId="24" w16cid:durableId="825440089">
    <w:abstractNumId w:val="29"/>
  </w:num>
  <w:num w:numId="25" w16cid:durableId="1269041436">
    <w:abstractNumId w:val="11"/>
  </w:num>
  <w:num w:numId="26" w16cid:durableId="496455456">
    <w:abstractNumId w:val="9"/>
  </w:num>
  <w:num w:numId="27" w16cid:durableId="1194341280">
    <w:abstractNumId w:val="20"/>
  </w:num>
  <w:num w:numId="28" w16cid:durableId="1863468594">
    <w:abstractNumId w:val="16"/>
  </w:num>
  <w:num w:numId="29" w16cid:durableId="1777169626">
    <w:abstractNumId w:val="18"/>
  </w:num>
  <w:num w:numId="30" w16cid:durableId="884565523">
    <w:abstractNumId w:val="19"/>
  </w:num>
  <w:num w:numId="31" w16cid:durableId="1079904449">
    <w:abstractNumId w:val="14"/>
  </w:num>
  <w:num w:numId="32" w16cid:durableId="1748502408">
    <w:abstractNumId w:val="10"/>
  </w:num>
  <w:num w:numId="33" w16cid:durableId="20134872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BF5"/>
    <w:rsid w:val="00010603"/>
    <w:rsid w:val="00022097"/>
    <w:rsid w:val="0003142C"/>
    <w:rsid w:val="000338FA"/>
    <w:rsid w:val="00034616"/>
    <w:rsid w:val="0006063C"/>
    <w:rsid w:val="000734DA"/>
    <w:rsid w:val="000A39C4"/>
    <w:rsid w:val="000C6E41"/>
    <w:rsid w:val="000E1CEF"/>
    <w:rsid w:val="00131F39"/>
    <w:rsid w:val="00132FA1"/>
    <w:rsid w:val="001336EE"/>
    <w:rsid w:val="0015074B"/>
    <w:rsid w:val="0016301F"/>
    <w:rsid w:val="00166BCB"/>
    <w:rsid w:val="00193145"/>
    <w:rsid w:val="001A1A50"/>
    <w:rsid w:val="001C32D2"/>
    <w:rsid w:val="001C4B68"/>
    <w:rsid w:val="0021177E"/>
    <w:rsid w:val="00217025"/>
    <w:rsid w:val="002215F7"/>
    <w:rsid w:val="00224C6E"/>
    <w:rsid w:val="00274E37"/>
    <w:rsid w:val="0029639D"/>
    <w:rsid w:val="002B0DDC"/>
    <w:rsid w:val="002D0A95"/>
    <w:rsid w:val="002D22C0"/>
    <w:rsid w:val="002F6AF6"/>
    <w:rsid w:val="00307BA6"/>
    <w:rsid w:val="0031437F"/>
    <w:rsid w:val="00326F90"/>
    <w:rsid w:val="003319F1"/>
    <w:rsid w:val="003450FF"/>
    <w:rsid w:val="00352877"/>
    <w:rsid w:val="00375DC6"/>
    <w:rsid w:val="00380F23"/>
    <w:rsid w:val="003D7DC1"/>
    <w:rsid w:val="003F3289"/>
    <w:rsid w:val="003F777D"/>
    <w:rsid w:val="004064A5"/>
    <w:rsid w:val="004176B4"/>
    <w:rsid w:val="00442589"/>
    <w:rsid w:val="0045402F"/>
    <w:rsid w:val="00477B8A"/>
    <w:rsid w:val="004A13D0"/>
    <w:rsid w:val="004A38DC"/>
    <w:rsid w:val="004C1D68"/>
    <w:rsid w:val="004E54D8"/>
    <w:rsid w:val="00540526"/>
    <w:rsid w:val="00557D15"/>
    <w:rsid w:val="00566427"/>
    <w:rsid w:val="00574E9B"/>
    <w:rsid w:val="0058015F"/>
    <w:rsid w:val="005807F2"/>
    <w:rsid w:val="00581FA4"/>
    <w:rsid w:val="005970B9"/>
    <w:rsid w:val="00597E94"/>
    <w:rsid w:val="005A44E5"/>
    <w:rsid w:val="005F06FA"/>
    <w:rsid w:val="00611650"/>
    <w:rsid w:val="006136A6"/>
    <w:rsid w:val="006148A4"/>
    <w:rsid w:val="00626A02"/>
    <w:rsid w:val="00637BFB"/>
    <w:rsid w:val="00644F3F"/>
    <w:rsid w:val="00653AD9"/>
    <w:rsid w:val="0065771D"/>
    <w:rsid w:val="00665087"/>
    <w:rsid w:val="006715C4"/>
    <w:rsid w:val="006A6EEE"/>
    <w:rsid w:val="006B0D9C"/>
    <w:rsid w:val="006C7F0B"/>
    <w:rsid w:val="006E3F2C"/>
    <w:rsid w:val="00704D86"/>
    <w:rsid w:val="00716AFF"/>
    <w:rsid w:val="00794F7A"/>
    <w:rsid w:val="007D0C54"/>
    <w:rsid w:val="007F64FE"/>
    <w:rsid w:val="00806F37"/>
    <w:rsid w:val="00826614"/>
    <w:rsid w:val="008336FB"/>
    <w:rsid w:val="008606D2"/>
    <w:rsid w:val="00874199"/>
    <w:rsid w:val="00883585"/>
    <w:rsid w:val="00892B6D"/>
    <w:rsid w:val="008B0B69"/>
    <w:rsid w:val="00935F78"/>
    <w:rsid w:val="009468FB"/>
    <w:rsid w:val="009505E6"/>
    <w:rsid w:val="00960BBD"/>
    <w:rsid w:val="0096314A"/>
    <w:rsid w:val="0097378E"/>
    <w:rsid w:val="009814EE"/>
    <w:rsid w:val="009934FC"/>
    <w:rsid w:val="009A65F2"/>
    <w:rsid w:val="009D0498"/>
    <w:rsid w:val="00A3430B"/>
    <w:rsid w:val="00A475DD"/>
    <w:rsid w:val="00AA1D8D"/>
    <w:rsid w:val="00AE0998"/>
    <w:rsid w:val="00AE645C"/>
    <w:rsid w:val="00AE6F26"/>
    <w:rsid w:val="00AF214B"/>
    <w:rsid w:val="00AF72C1"/>
    <w:rsid w:val="00B30CF8"/>
    <w:rsid w:val="00B35A82"/>
    <w:rsid w:val="00B44E04"/>
    <w:rsid w:val="00B47730"/>
    <w:rsid w:val="00B66893"/>
    <w:rsid w:val="00BA7A70"/>
    <w:rsid w:val="00BC7CBD"/>
    <w:rsid w:val="00BD0A89"/>
    <w:rsid w:val="00BF448C"/>
    <w:rsid w:val="00C00EE8"/>
    <w:rsid w:val="00C22472"/>
    <w:rsid w:val="00C35CA2"/>
    <w:rsid w:val="00C553A2"/>
    <w:rsid w:val="00C81E8F"/>
    <w:rsid w:val="00C91500"/>
    <w:rsid w:val="00C94244"/>
    <w:rsid w:val="00CB0664"/>
    <w:rsid w:val="00CB0B5D"/>
    <w:rsid w:val="00CC59C3"/>
    <w:rsid w:val="00CE5C47"/>
    <w:rsid w:val="00D07B43"/>
    <w:rsid w:val="00D15FAA"/>
    <w:rsid w:val="00D17CF1"/>
    <w:rsid w:val="00D30BB9"/>
    <w:rsid w:val="00D80A51"/>
    <w:rsid w:val="00D97BBA"/>
    <w:rsid w:val="00DA4947"/>
    <w:rsid w:val="00DC24A0"/>
    <w:rsid w:val="00DD527A"/>
    <w:rsid w:val="00DD7712"/>
    <w:rsid w:val="00DE20C1"/>
    <w:rsid w:val="00DE7E51"/>
    <w:rsid w:val="00DF22F4"/>
    <w:rsid w:val="00E1199E"/>
    <w:rsid w:val="00E14579"/>
    <w:rsid w:val="00E329C8"/>
    <w:rsid w:val="00E401DB"/>
    <w:rsid w:val="00E6001E"/>
    <w:rsid w:val="00E723DD"/>
    <w:rsid w:val="00E74A40"/>
    <w:rsid w:val="00E75315"/>
    <w:rsid w:val="00E81B30"/>
    <w:rsid w:val="00E91723"/>
    <w:rsid w:val="00EA0F10"/>
    <w:rsid w:val="00EA305E"/>
    <w:rsid w:val="00ED2DA8"/>
    <w:rsid w:val="00ED4FBB"/>
    <w:rsid w:val="00EE697E"/>
    <w:rsid w:val="00F04958"/>
    <w:rsid w:val="00F535EC"/>
    <w:rsid w:val="00F74F6C"/>
    <w:rsid w:val="00F76063"/>
    <w:rsid w:val="00F76B04"/>
    <w:rsid w:val="00F87444"/>
    <w:rsid w:val="00F97E29"/>
    <w:rsid w:val="00FA3067"/>
    <w:rsid w:val="00FA6514"/>
    <w:rsid w:val="00FC6105"/>
    <w:rsid w:val="00FC693F"/>
    <w:rsid w:val="00FE3C52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248249"/>
  <w14:defaultImageDpi w14:val="300"/>
  <w15:docId w15:val="{38FC74B0-D3B7-4F71-AD51-665765431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540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40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402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540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sisn.org.np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nnswa.org.n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dfund.org.n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ris.who.int/server/api/core/bitstreams/fe56c4c4-adaf-4302-b354-b0f329bac6f7/cont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10</Pages>
  <Words>2992</Words>
  <Characters>17058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81</cp:revision>
  <dcterms:created xsi:type="dcterms:W3CDTF">2013-12-23T23:15:00Z</dcterms:created>
  <dcterms:modified xsi:type="dcterms:W3CDTF">2026-01-12T09:17:00Z</dcterms:modified>
  <cp:category/>
</cp:coreProperties>
</file>